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356"/>
        <w:gridCol w:w="5715"/>
      </w:tblGrid>
      <w:tr>
        <w:trPr>
          <w:cantSplit/>
        </w:trPr>
        <w:tc>
          <w:tcPr>
            <w:tcW w:type="dxa" w:w="3356"/>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....(1)....</w:t>
            </w:r>
            <w:bookmarkEnd w:id="1"/>
            <w:r>
              <w:rPr>
                <w:rFonts w:ascii="Times New Roman" w:hAnsi="Times New Roman" w:eastAsia="Times New Roman"/>
                <w:b/>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r>
            <w:r>
              <w:rPr>
                <w:rFonts w:ascii="Times New Roman" w:hAnsi="Times New Roman" w:eastAsia="Times New Roman"/>
                <w:b w:val="0"/>
                <w:i w:val="0"/>
                <w:color w:val="000000"/>
                <w:sz w:val="26"/>
              </w:rPr>
              <w:t>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p>
        </w:tc>
        <w:tc>
          <w:tcPr>
            <w:tcW w:type="dxa" w:w="5715"/>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HOÀ XÃ HỘI CHỦ NGHĨA VIỆT NAM</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val="0"/>
                <w:color w:val="000000"/>
                <w:sz w:val="26"/>
              </w:rPr>
              <w:t>........, ngày ....... tháng ...... năm .......</w:t>
            </w:r>
            <w:bookmarkEnd w:id="3"/>
          </w:p>
        </w:tc>
      </w:tr>
    </w:tbl>
    <w:p>
      <w:pPr>
        <w:keepNext/>
        <w:widowControl/>
        <w:spacing w:after="120" w:before="80" w:line="276" w:lineRule="auto"/>
        <w:ind w:firstLine="0"/>
        <w:jc w:val="center"/>
      </w:pPr>
      <w:r>
        <w:rPr>
          <w:rFonts w:ascii="Times New Roman" w:hAnsi="Times New Roman" w:eastAsia="Times New Roman"/>
          <w:b/>
          <w:i w:val="0"/>
          <w:color w:val="000000"/>
          <w:sz w:val="26"/>
        </w:rPr>
        <w:t>BÁO CÁO HOÀN THÀNH CÔNG TÁC GIÁM SÁT THI CÔNG XÂY DỰNG GÓI THẦU/GIAI ĐOẠN/HẠNG MỤC CÔNG TRÌNH/ CÔNG TRÌNH XÂY DỰNG</w:t>
      </w:r>
    </w:p>
    <w:p>
      <w:pPr>
        <w:keepNext w:val="0"/>
        <w:widowControl/>
        <w:spacing w:after="120" w:before="0" w:line="276" w:lineRule="auto"/>
        <w:ind w:firstLine="0"/>
        <w:jc w:val="center"/>
      </w:pPr>
      <w:bookmarkStart w:id="4" w:name="buildsia_recipient"/>
      <w:r>
        <w:rPr>
          <w:rFonts w:ascii="Times New Roman" w:hAnsi="Times New Roman" w:eastAsia="Times New Roman"/>
          <w:b w:val="0"/>
          <w:i w:val="0"/>
          <w:color w:val="000000"/>
          <w:sz w:val="26"/>
        </w:rPr>
        <w:t>Kính gửi: ..........(2).........</w:t>
      </w:r>
      <w:bookmarkEnd w:id="4"/>
    </w:p>
    <w:p>
      <w:pPr>
        <w:keepNext w:val="0"/>
        <w:widowControl/>
        <w:spacing w:after="120" w:before="0" w:line="276" w:lineRule="auto"/>
        <w:ind w:firstLine="720"/>
        <w:jc w:val="both"/>
      </w:pPr>
      <w:r>
        <w:rPr>
          <w:rFonts w:ascii="Times New Roman" w:hAnsi="Times New Roman" w:eastAsia="Times New Roman"/>
          <w:b w:val="0"/>
          <w:i w:val="0"/>
          <w:color w:val="000000"/>
          <w:sz w:val="26"/>
        </w:rPr>
        <w:t>......(1)....... báo cáo về công tác giám sát thi công xây dựng .....(3).... như sau:</w:t>
      </w:r>
    </w:p>
    <w:p>
      <w:pPr>
        <w:keepNext w:val="0"/>
        <w:widowControl/>
        <w:spacing w:after="120" w:before="0" w:line="276" w:lineRule="auto"/>
        <w:ind w:firstLine="720"/>
        <w:jc w:val="both"/>
      </w:pPr>
      <w:r>
        <w:rPr>
          <w:rFonts w:ascii="Times New Roman" w:hAnsi="Times New Roman" w:eastAsia="Times New Roman"/>
          <w:b w:val="0"/>
          <w:i w:val="0"/>
          <w:color w:val="000000"/>
          <w:sz w:val="26"/>
        </w:rPr>
        <w:t>1. Quy mô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a) Mô tả quy mô và công năng của công trình: các thông số kỹ thuật chính, công năng chủ yếu của các phần hoặc hạng mục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b) Đánh giá sự phù hợp về quy mô, công năng của công trình so với giấy phép xây dựng (đối với công trình phải cấp phép xây dựng), thiết kế xây dựng, chỉ dẫn kỹ thuật, biện pháp thi công, biện pháp bảo đảm an toàn trong thi công xây dựng công trình được chấp thuận và các quy chuẩn kỹ thuật, tiêu chuẩn áp dụng cho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2. Đánh giá sự phù hợp về năng lực của nhà thầu thi công xây dựng so với hồ sơ dự thầu và hợp đồng xây dựng.</w:t>
      </w:r>
    </w:p>
    <w:p>
      <w:pPr>
        <w:keepNext w:val="0"/>
        <w:widowControl/>
        <w:spacing w:after="120" w:before="0" w:line="276" w:lineRule="auto"/>
        <w:ind w:firstLine="720"/>
        <w:jc w:val="both"/>
      </w:pPr>
      <w:r>
        <w:rPr>
          <w:rFonts w:ascii="Times New Roman" w:hAnsi="Times New Roman" w:eastAsia="Times New Roman"/>
          <w:b w:val="0"/>
          <w:i w:val="0"/>
          <w:color w:val="000000"/>
          <w:sz w:val="26"/>
        </w:rPr>
        <w:t>3. Đánh giá về khối lượng, tiến độ công việc đã hoàn thành, công tác tổ chức thi công và bảo đảm an toàn lao động trong thi công xây dựng công trình.</w:t>
      </w:r>
    </w:p>
    <w:p>
      <w:pPr>
        <w:keepNext w:val="0"/>
        <w:widowControl/>
        <w:spacing w:after="120" w:before="0" w:line="276" w:lineRule="auto"/>
        <w:ind w:firstLine="720"/>
        <w:jc w:val="both"/>
      </w:pPr>
      <w:r>
        <w:rPr>
          <w:rFonts w:ascii="Times New Roman" w:hAnsi="Times New Roman" w:eastAsia="Times New Roman"/>
          <w:b w:val="0"/>
          <w:i w:val="0"/>
          <w:color w:val="000000"/>
          <w:sz w:val="26"/>
        </w:rPr>
        <w:t>4. Đánh giá công tác thí nghiệm, kiểm tra vật liệu, sản phẩm xây dựng, cấu kiện, thiết bị lắp đặt vào công trình theo kế hoạch tổ chức thí nghiệm đã được chấp thuận.</w:t>
      </w:r>
    </w:p>
    <w:p>
      <w:pPr>
        <w:keepNext w:val="0"/>
        <w:widowControl/>
        <w:spacing w:after="120" w:before="0" w:line="276" w:lineRule="auto"/>
        <w:ind w:firstLine="720"/>
        <w:jc w:val="both"/>
      </w:pPr>
      <w:r>
        <w:rPr>
          <w:rFonts w:ascii="Times New Roman" w:hAnsi="Times New Roman" w:eastAsia="Times New Roman"/>
          <w:b w:val="0"/>
          <w:i w:val="0"/>
          <w:color w:val="000000"/>
          <w:sz w:val="26"/>
        </w:rPr>
        <w:t>5. Đánh giá về công tác tổ chức và kết quả kiểm định, quan trắc, thí nghiệm đối chứng (nếu có).</w:t>
      </w:r>
    </w:p>
    <w:p>
      <w:pPr>
        <w:keepNext w:val="0"/>
        <w:widowControl/>
        <w:spacing w:after="120" w:before="0" w:line="276" w:lineRule="auto"/>
        <w:ind w:firstLine="720"/>
        <w:jc w:val="both"/>
      </w:pPr>
      <w:r>
        <w:rPr>
          <w:rFonts w:ascii="Times New Roman" w:hAnsi="Times New Roman" w:eastAsia="Times New Roman"/>
          <w:b w:val="0"/>
          <w:i w:val="0"/>
          <w:color w:val="000000"/>
          <w:sz w:val="26"/>
        </w:rPr>
        <w:t>6. Đánh giá về công tác tổ chức nghiệm thu công việc xây dựng, nghiệm thu giai đoạn (nếu có).</w:t>
      </w:r>
    </w:p>
    <w:p>
      <w:pPr>
        <w:keepNext w:val="0"/>
        <w:widowControl/>
        <w:spacing w:after="120" w:before="0" w:line="276" w:lineRule="auto"/>
        <w:ind w:firstLine="720"/>
        <w:jc w:val="both"/>
      </w:pPr>
      <w:r>
        <w:rPr>
          <w:rFonts w:ascii="Times New Roman" w:hAnsi="Times New Roman" w:eastAsia="Times New Roman"/>
          <w:b w:val="0"/>
          <w:i w:val="0"/>
          <w:color w:val="000000"/>
          <w:sz w:val="26"/>
        </w:rPr>
        <w:t>7. Các thay đổi thiết kế và việc thẩm định, phê duyệt thiết kế điều chỉnh trong quá trình thi công xây dựng (nếu có).</w:t>
      </w:r>
    </w:p>
    <w:p>
      <w:pPr>
        <w:keepNext w:val="0"/>
        <w:widowControl/>
        <w:spacing w:after="120" w:before="0" w:line="276" w:lineRule="auto"/>
        <w:ind w:firstLine="720"/>
        <w:jc w:val="both"/>
      </w:pPr>
      <w:r>
        <w:rPr>
          <w:rFonts w:ascii="Times New Roman" w:hAnsi="Times New Roman" w:eastAsia="Times New Roman"/>
          <w:b w:val="0"/>
          <w:i w:val="0"/>
          <w:color w:val="000000"/>
          <w:sz w:val="26"/>
        </w:rPr>
        <w:t>8. Những tồn tại, khiếm khuyết về chất lượng, sự cố công trình trong quá trình thi công xây dựng công trình (nếu có) và đánh giá nguyên nhân, biện pháp và kết quả khắc phục theo quy định.</w:t>
      </w:r>
    </w:p>
    <w:p>
      <w:pPr>
        <w:keepNext w:val="0"/>
        <w:widowControl/>
        <w:spacing w:after="120" w:before="0" w:line="276" w:lineRule="auto"/>
        <w:ind w:firstLine="720"/>
        <w:jc w:val="both"/>
      </w:pPr>
      <w:r>
        <w:rPr>
          <w:rFonts w:ascii="Times New Roman" w:hAnsi="Times New Roman" w:eastAsia="Times New Roman"/>
          <w:b w:val="0"/>
          <w:i w:val="0"/>
          <w:color w:val="000000"/>
          <w:sz w:val="26"/>
        </w:rPr>
        <w:t>9. Đánh giá về sự phù hợp của hồ sơ quản lý chất lượng theo chỉ dẫn kỹ thuật, hồ sơ thiết kế được thẩm định, phê duyệt và các quy định của pháp luật.</w:t>
      </w:r>
    </w:p>
    <w:p>
      <w:pPr>
        <w:keepNext w:val="0"/>
        <w:widowControl/>
        <w:spacing w:after="120" w:before="0" w:line="276" w:lineRule="auto"/>
        <w:ind w:firstLine="720"/>
        <w:jc w:val="both"/>
      </w:pPr>
      <w:r>
        <w:rPr>
          <w:rFonts w:ascii="Times New Roman" w:hAnsi="Times New Roman" w:eastAsia="Times New Roman"/>
          <w:b w:val="0"/>
          <w:i w:val="0"/>
          <w:color w:val="000000"/>
          <w:sz w:val="26"/>
        </w:rPr>
        <w:t>10. Đánh giá công tác thi công xây dựng công trình theo thiết kế đã được thẩm định, phê duyệt về phòng cháy và chữa cháy, bao gồm các nội dung về khoảng cách phòng cháy, chữa cháy; đường bộ, bãi đỗ, khoảng trống phục vụ hoạt động phòng cháy, chữa cháy, cứu nạn, cứu hộ; giải pháp thoát nạn; bậc chịu lửa, giải pháp ngăn cháy, chống cháy lan; giải pháp chống khói và các quy định khác của pháp luật về phòng cháy, chữa cháy và cứu nạn, cứu hộ.</w:t>
      </w:r>
    </w:p>
    <w:p>
      <w:pPr>
        <w:keepNext w:val="0"/>
        <w:widowControl/>
        <w:spacing w:after="120" w:before="0" w:line="276" w:lineRule="auto"/>
        <w:ind w:firstLine="720"/>
        <w:jc w:val="both"/>
      </w:pPr>
      <w:r>
        <w:rPr>
          <w:rFonts w:ascii="Times New Roman" w:hAnsi="Times New Roman" w:eastAsia="Times New Roman"/>
          <w:b w:val="0"/>
          <w:i w:val="0"/>
          <w:color w:val="000000"/>
          <w:sz w:val="26"/>
        </w:rPr>
        <w:t>11. Đánh giá về sự tuân thủ các quy định của pháp luật về bảo vệ môi trường và các quy định của pháp luật khác có liên quan (nếu có).</w:t>
      </w:r>
    </w:p>
    <w:p>
      <w:pPr>
        <w:keepNext w:val="0"/>
        <w:widowControl/>
        <w:spacing w:after="120" w:before="0" w:line="276" w:lineRule="auto"/>
        <w:ind w:firstLine="720"/>
        <w:jc w:val="both"/>
      </w:pPr>
      <w:r>
        <w:rPr>
          <w:rFonts w:ascii="Times New Roman" w:hAnsi="Times New Roman" w:eastAsia="Times New Roman"/>
          <w:b w:val="0"/>
          <w:i w:val="0"/>
          <w:color w:val="000000"/>
          <w:sz w:val="26"/>
        </w:rPr>
        <w:t>12. Đánh giá về sự phù hợp của quy trình vận hành, quy trình bảo trì công trình xây dựng theo quy định (nếu có).</w:t>
      </w:r>
    </w:p>
    <w:p>
      <w:pPr>
        <w:keepNext w:val="0"/>
        <w:widowControl/>
        <w:spacing w:after="120" w:before="0" w:line="276" w:lineRule="auto"/>
        <w:ind w:firstLine="720"/>
        <w:jc w:val="both"/>
      </w:pPr>
      <w:r>
        <w:rPr>
          <w:rFonts w:ascii="Times New Roman" w:hAnsi="Times New Roman" w:eastAsia="Times New Roman"/>
          <w:b w:val="0"/>
          <w:i w:val="0"/>
          <w:color w:val="000000"/>
          <w:sz w:val="26"/>
        </w:rPr>
        <w:t>13. Đánh giá về các điều kiện nghiệm thu hoàn thành gói thầu, giai đoạn, hạng mục công trình, công trình xây dựng.</w:t>
      </w:r>
    </w:p>
    <w:tbl>
      <w:tblPr>
        <w:tblW w:type="auto" w:w="0"/>
        <w:jc w:val="center"/>
        <w:tblLayout w:type="fixed"/>
        <w:tblLook w:firstColumn="1" w:firstRow="1" w:lastColumn="0" w:lastRow="0" w:noHBand="0" w:noVBand="1" w:val="04A0"/>
      </w:tblPr>
      <w:tblGrid>
        <w:gridCol w:w="4535"/>
        <w:gridCol w:w="4535"/>
      </w:tblGrid>
      <w:tr>
        <w:trPr>
          <w:cantSplit/>
        </w:trPr>
        <w:tc>
          <w:tcPr>
            <w:tcW w:type="dxa" w:w="4535"/>
            <w:vAlign w:val="top"/>
          </w:tcPr>
          <w:p>
            <w:pPr>
              <w:keepNext w:val="0"/>
              <w:widowControl/>
              <w:spacing w:after="480" w:before="0" w:line="264" w:lineRule="auto"/>
              <w:ind w:firstLine="0"/>
              <w:jc w:val="center"/>
            </w:pPr>
            <w:r>
              <w:rPr>
                <w:rFonts w:ascii="Times New Roman" w:hAnsi="Times New Roman" w:eastAsia="Times New Roman"/>
                <w:b w:val="0"/>
                <w:i w:val="0"/>
                <w:color w:val="000000"/>
                <w:sz w:val="26"/>
              </w:rPr>
              <w:t>GIÁM SÁT TRƯỞNG</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color w:val="000000"/>
                <w:sz w:val="24"/>
              </w:rPr>
              <w:t>(Ký, ghi rõ họ tên)</w:t>
            </w:r>
          </w:p>
        </w:tc>
        <w:tc>
          <w:tcPr>
            <w:tcW w:type="dxa" w:w="4535"/>
            <w:vAlign w:val="top"/>
          </w:tcPr>
          <w:p>
            <w:pPr>
              <w:keepNext w:val="0"/>
              <w:widowControl/>
              <w:spacing w:after="480" w:before="0" w:line="264" w:lineRule="auto"/>
              <w:ind w:firstLine="0"/>
              <w:jc w:val="center"/>
            </w:pPr>
            <w:r>
              <w:rPr>
                <w:rFonts w:ascii="Times New Roman" w:hAnsi="Times New Roman" w:eastAsia="Times New Roman"/>
                <w:b w:val="0"/>
                <w:i w:val="0"/>
                <w:color w:val="000000"/>
                <w:sz w:val="26"/>
              </w:rPr>
              <w:t>NGƯỜI ĐẠI DIỆN THEO QUY ĐỊNH PHÁP LUẬT CỦA .....(1).....</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color w:val="000000"/>
                <w:sz w:val="24"/>
              </w:rPr>
              <w:t>(Ký, ghi rõ họ tên, chức vụ và đóng dấu)</w:t>
            </w:r>
          </w:p>
        </w:tc>
      </w:tr>
    </w:tbl>
    <w:p>
      <w:pPr>
        <w:keepNext w:val="0"/>
        <w:widowControl/>
        <w:spacing w:after="120" w:before="0" w:line="276" w:lineRule="auto"/>
        <w:ind w:firstLine="720"/>
        <w:jc w:val="both"/>
      </w:pPr>
      <w:r>
        <w:rPr>
          <w:rFonts w:ascii="Times New Roman" w:hAnsi="Times New Roman" w:eastAsia="Times New Roman"/>
          <w:b w:val="0"/>
          <w:i w:val="0"/>
          <w:color w:val="000000"/>
          <w:sz w:val="22"/>
        </w:rPr>
        <w:t>Ghi chú:</w:t>
      </w:r>
    </w:p>
    <w:p>
      <w:pPr>
        <w:keepNext w:val="0"/>
        <w:widowControl/>
        <w:spacing w:after="120" w:before="0" w:line="276" w:lineRule="auto"/>
        <w:ind w:firstLine="720"/>
        <w:jc w:val="both"/>
      </w:pPr>
      <w:r>
        <w:rPr>
          <w:rFonts w:ascii="Times New Roman" w:hAnsi="Times New Roman" w:eastAsia="Times New Roman"/>
          <w:b w:val="0"/>
          <w:i w:val="0"/>
          <w:color w:val="000000"/>
          <w:sz w:val="22"/>
        </w:rPr>
        <w:t>(1) Tên của tổ chức thực hiện giám sát thi công xây dựng.</w:t>
      </w:r>
    </w:p>
    <w:p>
      <w:pPr>
        <w:keepNext w:val="0"/>
        <w:widowControl/>
        <w:spacing w:after="120" w:before="0" w:line="276" w:lineRule="auto"/>
        <w:ind w:firstLine="720"/>
        <w:jc w:val="both"/>
      </w:pPr>
      <w:r>
        <w:rPr>
          <w:rFonts w:ascii="Times New Roman" w:hAnsi="Times New Roman" w:eastAsia="Times New Roman"/>
          <w:b w:val="0"/>
          <w:i w:val="0"/>
          <w:color w:val="000000"/>
          <w:sz w:val="22"/>
        </w:rPr>
        <w:t>(2) Tên chủ đầu tư.</w:t>
      </w:r>
    </w:p>
    <w:p>
      <w:pPr>
        <w:keepNext w:val="0"/>
        <w:widowControl/>
        <w:spacing w:after="120" w:before="0" w:line="276" w:lineRule="auto"/>
        <w:ind w:firstLine="720"/>
        <w:jc w:val="both"/>
      </w:pPr>
      <w:r>
        <w:rPr>
          <w:rFonts w:ascii="Times New Roman" w:hAnsi="Times New Roman" w:eastAsia="Times New Roman"/>
          <w:b w:val="0"/>
          <w:i w:val="0"/>
          <w:color w:val="000000"/>
          <w:sz w:val="22"/>
        </w:rPr>
        <w:t>(3) Tên gói thầu/giai đoạn/hạng mục công trình/công trình xây dựng.</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IVb – Báo cáo hoàn thành công tác giám sát thi công xây dựng</dc:title>
  <dc:subject>Phụ lục IVb – 207/2026/NĐ-CP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