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II</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TƯ VẤN THIẾT KẾ XÂY DỰNG</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 tháng ….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TƯ VẤN THIẾT KẾ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CHỮ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GIAO KẾT HỢP ĐỒNG ............................................. 7</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ĐIỀU KIỆN CHUNG CỦA HỢP ĐỒNG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Sử dụng các tài liệu, thông tin liên quan đến hợp đồng và bản quyền 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5. Luật áp dụng và ngôn ngữ sử dụng trong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12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nghĩa vụ và trách nhiệm của Bên nhận thầu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Quyền, nghĩa vụ và trách nhiệm của Bên giao thầu ............................. 16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17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18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và chấm dứt hợp đồng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Quyết toán và thanh lý hợp đồng .......................................................... 24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24</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4. ĐIỀU KIỆN CỤ THỂ CỦA HỢP ĐỒNG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25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26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27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hợp đồng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29</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DANH MỤC CÁC CHỮ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chung</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ĐKCT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bl>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1. THÔNG TIN GIAO DỊCH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 </w:t>
      </w:r>
      <w:r>
        <w:rPr>
          <w:rFonts w:ascii="Times New Roman" w:hAnsi="Times New Roman" w:eastAsia="Times New Roman" w:cs="Times New Roman"/>
          <w:b w:val="0"/>
          <w:i/>
          <w:color w:val="000000"/>
          <w:sz w:val="26"/>
        </w:rPr>
        <w:t>(Địa danh)</w:t>
      </w:r>
      <w:r>
        <w:rPr>
          <w:rFonts w:ascii="Times New Roman" w:hAnsi="Times New Roman" w:eastAsia="Times New Roman" w:cs="Times New Roman"/>
          <w:b w:val="0"/>
          <w:i w:val="0"/>
          <w:color w:val="000000"/>
          <w:sz w:val="26"/>
        </w:rPr>
        <w:t>, 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1.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2.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liên danh thì ghi đầy đủ thông tin như trên của các thành viên trong liên danh và cử đại diện thành viên trong liên danh giao dịch theo phân công trong thỏa thuận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ủy quyền theo quy định pháp luật cho cá nhân, pháp nhân khác giao kết hợp đồng thì phải ghi rõ thông tin về giấy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được giao dịch bằng phương thức điện tử thì phải tuân thủ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Hai bên cùng thống nhất ký hợp đồng tư vấn thiết kế xây dựng gói thầu (số, </w:t>
      </w:r>
      <w:r>
        <w:rPr>
          <w:rFonts w:ascii="Times New Roman" w:hAnsi="Times New Roman" w:eastAsia="Times New Roman" w:cs="Times New Roman"/>
          <w:b w:val="0"/>
          <w:i/>
          <w:color w:val="000000"/>
          <w:sz w:val="26"/>
        </w:rPr>
        <w:t>tên gói thầu</w:t>
      </w:r>
      <w:r>
        <w:rPr>
          <w:rFonts w:ascii="Times New Roman" w:hAnsi="Times New Roman" w:eastAsia="Times New Roman" w:cs="Times New Roman"/>
          <w:b w:val="0"/>
          <w:i w:val="0"/>
          <w:color w:val="000000"/>
          <w:sz w:val="26"/>
        </w:rPr>
        <w:t xml:space="preserve">) thuộc dự án/công trình </w:t>
      </w:r>
      <w:r>
        <w:rPr>
          <w:rFonts w:ascii="Times New Roman" w:hAnsi="Times New Roman" w:eastAsia="Times New Roman" w:cs="Times New Roman"/>
          <w:b w:val="0"/>
          <w:i/>
          <w:color w:val="000000"/>
          <w:sz w:val="26"/>
        </w:rPr>
        <w:t>(tên dự án/công trình)</w:t>
      </w:r>
      <w:r>
        <w:rPr>
          <w:rFonts w:ascii="Times New Roman" w:hAnsi="Times New Roman" w:eastAsia="Times New Roman" w:cs="Times New Roman"/>
          <w:b w:val="0"/>
          <w:i w:val="0"/>
          <w:color w:val="000000"/>
          <w:sz w:val="26"/>
        </w:rPr>
        <w:t xml:space="preserve"> như sau: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Bộ Luật Dân sự ngày 24 tháng 11 năm 2015; Căn cứ Luật Xây dựng số 135/2025/QH15 ngày 10 tháng 12 năm 2025; Căn cứ Nghị định số 210/2026/NĐ-CP ngày 15 tháng 6 năm 2026 của Chính phủ quy định chi tiết và hướng dẫn thi hành một số điều của Luật Xây dựng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217/2026/NĐ-CP ngày 19 tháng 6 năm 2026 của Chính phủ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206/2026/NĐ-CP ngày 15 tháng 6 năm 2026 của Chính phủ quy định chi tiết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212/2026/NĐ-CP ngày 17 tháng 6 năm 2026 của Chính phủ quy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quy định pháp luật, văn bản liên quan khác1.</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lựa chọn áp dụng toàn bộ hoặc một phần các căn cứ pháp luật nêu trên và bổ sung các văn bản pháp lý khác có liên quan để thực hiện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 Như: Biên bản thương thảo hợp đồng; dự thảo hợp đồng (nếu có); ….</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3.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Bên giao thầu là </w:t>
      </w:r>
      <w:r>
        <w:rPr>
          <w:rFonts w:ascii="Times New Roman" w:hAnsi="Times New Roman" w:eastAsia="Times New Roman" w:cs="Times New Roman"/>
          <w:b w:val="0"/>
          <w:i/>
          <w:color w:val="000000"/>
          <w:sz w:val="26"/>
        </w:rPr>
        <w:t>... (tên giao dịch của Bên giao thầu)</w:t>
      </w:r>
      <w:r>
        <w:rPr>
          <w:rFonts w:ascii="Times New Roman" w:hAnsi="Times New Roman" w:eastAsia="Times New Roman" w:cs="Times New Roman"/>
          <w:b w:val="0"/>
          <w:i w:val="0"/>
          <w:color w:val="000000"/>
          <w:sz w:val="26"/>
        </w:rPr>
        <w:t xml:space="preserve">. 1.2. Bên nhận thầu là ... </w:t>
      </w:r>
      <w:r>
        <w:rPr>
          <w:rFonts w:ascii="Times New Roman" w:hAnsi="Times New Roman" w:eastAsia="Times New Roman" w:cs="Times New Roman"/>
          <w:b w:val="0"/>
          <w:i/>
          <w:color w:val="000000"/>
          <w:sz w:val="26"/>
        </w:rPr>
        <w:t>(tên giao dịch của Bên nhận thầu)</w:t>
      </w:r>
      <w:r>
        <w:rPr>
          <w:rFonts w:ascii="Times New Roman" w:hAnsi="Times New Roman" w:eastAsia="Times New Roman" w:cs="Times New Roman"/>
          <w:b w:val="0"/>
          <w:i w:val="0"/>
          <w:color w:val="000000"/>
          <w:sz w:val="26"/>
        </w:rPr>
        <w:t xml:space="preserve">. 1.3. Bên là Bên giao thầu hoặc Bên nhận thầu tùy theo hoàn cảnh cụ thể. 1.4. Công trình là ... </w:t>
      </w:r>
      <w:r>
        <w:rPr>
          <w:rFonts w:ascii="Times New Roman" w:hAnsi="Times New Roman" w:eastAsia="Times New Roman" w:cs="Times New Roman"/>
          <w:b w:val="0"/>
          <w:i/>
          <w:color w:val="000000"/>
          <w:sz w:val="26"/>
        </w:rPr>
        <w:t>(tên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Dự án là dự án ... </w:t>
      </w:r>
      <w:r>
        <w:rPr>
          <w:rFonts w:ascii="Times New Roman" w:hAnsi="Times New Roman" w:eastAsia="Times New Roman" w:cs="Times New Roman"/>
          <w:b w:val="0"/>
          <w:i/>
          <w:color w:val="000000"/>
          <w:sz w:val="26"/>
        </w:rPr>
        <w:t>(tên dự án hoặc dự án có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 Đại diện Bên giao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 Đại diện Bên nhận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 Địa điểm dự án là địa điểm được nêu tại HSMT hoặc HSYC (nếu có)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 Đơn dự thầu (nếu có) là đề xuất của Bên nhận thầu có ghi giá dự thầu để thực hiện công việc theo đúng các yêu cầu của HSMT hoặc HSYC.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1.10. Gói thầu là ... </w:t>
      </w:r>
      <w:r>
        <w:rPr>
          <w:rFonts w:ascii="Times New Roman" w:hAnsi="Times New Roman" w:eastAsia="Times New Roman" w:cs="Times New Roman"/>
          <w:b w:val="0"/>
          <w:i/>
          <w:color w:val="000000"/>
          <w:sz w:val="26"/>
        </w:rPr>
        <w:t>(tên gói thầu mà Bên nhận thầu thực hiện công việc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Giá hợp đồng là giá trị ghi trong hợp đồng giữa Bên giao thầu và Bên nhận thầu. Giá hợp đồng theo quy định tại Điều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Hoàn thành là việc Bên nhận thầu hoàn tất toàn bộ công việc theo các điều khoản và điều kiện quy định tại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1.13. Hợp đồng là thỏa thuận giữa Bên giao thầu và Bên nhận thầu, thể hiện bằng văn bản, được giao kết giữa hai bên, bao gồm cả phụ lục và các tài liệu hợp đồng kèm theo;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1.14. HSDT hoặc HSĐX (nếu có) của Bên nhận thầu là toàn bộ tài liệu theo quy định tại Phụ lục số ... [HSDT hoặc HSĐX (nếu có)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 HSMT hoặc HSYC (nếu có) của Bên giao thầu là toàn bộ tài liệu theo quy định tại Phụ lục số ... [HSMT hoặc HSYC (nếu có)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1.16. Luật 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1.18. Ngày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1.19. Ngày làm việc là các ngày theo dương lịch, trừ ngày thứ bảy, chủ nhật, ngày nghỉ lễ, tết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1.20. Nhà thầu phụ là nhà thầu theo quy định tại Điều 19 Nghị định số 210/2026/NĐ-CP. 1.21. Tài liệu hợp đồng là các tài liệu được liệt kê trong Hợp đồng theo quy định tại Điều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Thời điểm hợp đồng có hiệu lực là thời điểm được quy định tại [ĐKCT</w:t>
      </w:r>
      <w:r>
        <w:rPr>
          <w:rFonts w:ascii="Times New Roman" w:hAnsi="Times New Roman" w:eastAsia="Times New Roman" w:cs="Times New Roman"/>
          <w:b/>
          <w:i w:val="0"/>
          <w:color w:val="000000"/>
          <w:sz w:val="26"/>
        </w:rPr>
        <w:t>]</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làm rõ, thống nhất việc giải thích từ ngữ, đảm bảo phù hợp với các quy định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Thỏa thuận hợp đồng xây dựng (nếu có); 2.1.2. Văn bản thông báo trúng thầu hoặc chỉ định thầu; 2.1.3. Đơn dự thầu; 2.1.4. Điều kiện cụ thể của hợp đồng xây dựng hoặc điều khoản tham chiếu đối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Điều kiện chung của hợp đồng xây dựng; 2.1.6. Hồ sơ mời thầu hoặc hồ sơ yêu cầu của bên giao thầu; 2.1.7. Hồ sơ dự thầu hoặc hồ sơ đề xuất của Bên nhận thầu ; 2.1.8.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2.1.9. Các phụ lục của hợp đồng xây dựng; 2.1.10. Các tài liệu khác có liên quan. 2.2. Thứ tự ưu tiên áp dụng các tài liệu của Hồ sơ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Sử dụng các tài liệu, thông tin liên quan đến hợp đồng và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Sử dụng các tài liệu, thông tin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Thông tin mà Bên giao thầu hoặc Bên nhận thầu cần cung cấp cho cấp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Thông tin đã hoặc sẽ được công bố mà không phải do lỗi của Bên giao thầu hoặc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Thông tin thuộc sở hữu của một bên vào thời điểm công bố và trước đó không phải do bên kia cung cấp trực tiếp hoặc gián tiếp;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(iv) Thông tin mà một bên nhận được một cách hợp pháp từ một bên thứ ba không có nghĩa vụ bảo mật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3.2.3. Bên nhận thầu phải cam kết rằng dịch vụ tư vấn mà Bên nhận thầu cung cấp cho Bên giao thầu không vi phạm quyền sở hữu trí tuệ của bất kỳ bên thứ ba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Luật áp dụng và ngôn ngữ sử dụng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Hợp đồng này chịu sự điều chỉnh của hệ thống pháp luật của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 Ngôn ngữ của hợp đồng là Tiếng Việt.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6.1. Nội dung và khối lượng công việc Bên nhận thầu thực hiện được thể hiện cụ thể trong [HSMT (hoặc </w:t>
      </w:r>
      <w:r>
        <w:rPr>
          <w:rFonts w:ascii="Times New Roman" w:hAnsi="Times New Roman" w:eastAsia="Times New Roman" w:cs="Times New Roman"/>
          <w:b w:val="0"/>
          <w:i/>
          <w:color w:val="000000"/>
          <w:sz w:val="26"/>
        </w:rPr>
        <w:t>HSYC</w:t>
      </w:r>
      <w:r>
        <w:rPr>
          <w:rFonts w:ascii="Times New Roman" w:hAnsi="Times New Roman" w:eastAsia="Times New Roman" w:cs="Times New Roman"/>
          <w:b w:val="0"/>
          <w:i w:val="0"/>
          <w:color w:val="000000"/>
          <w:sz w:val="26"/>
        </w:rPr>
        <w:t>) của Bên giao thầu] và các thỏa thuận tại các biên bản đàm phán hợp đồng giữa các bên, bao gồm nhưng không giới hạn các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 Tiếp nhận nhiệm vụ, nghiên cứu các yêu cầu của Bên nhận thầu, các căn cứ pháp lý, quy hoạch, tiêu chuẩn, quy chuẩn kỹ thuật và các tài liệu liên quan phục vụ công tác thiết kế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 Thu thập, kiểm tra và đánh giá các hồ sơ, tài liệu, số liệu hiện có để xác định các nội dung cần bổ sung; lập phương án kỹ thuật khảo sát (nếu có) và tiến hành khảo sát hiện trường nhằm điều tra, cập nhật các số liệu về điều kiện tự nhiên (địa hình, địa chất, thủy văn), hiện trạng sử dụng đất, hạ tầng kỹ thuật, kinh tế - xã hội, môi trường và các điều kiện liên quan khác của khu vực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 Lập thiết kế xây dựng theo các quy định hiện hành và tài liệu liên quan; phân tích so sánh các phương án thiết kế và lựa chọn phương án tối ưu.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 Xác định dự toán xây dựng, nhu cầu vốn, cơ cấu nguồn vốn; tính toán, phân tích hiệu quả kinh tế - xã hội và đánh giá tính khả thi của dự án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6.1.5. Đánh giá các yếu tố tác động đến môi trường, phòng cháy chữa cháy, an toàn công trình, hạ tầng kỹ thuật và các yêu cầu chuyên ngành khác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6.1.6. Giải trình, bổ sung, chỉnh sửa, hoàn thiện hồ sơ thiết kế xây dựng, phối hợp với Bên giao thầu trong quá trình trình thẩm định, phê duyệt; cung cấp các tài liệu, số liệu và nội dung giải trình theo yêu cầu của cơ quan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6.1.7. Bàn giao đầy đủ hồ sơ, tài liệu, bản vẽ, dữ liệu và các sản phẩm tư vấn theo quy định của hợp đồng; chịu trách nhiệm về chất lượng và tính pháp lý của hồ sơ do mình lập.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 Chất lượng, số lượng sản phẩm phải phù hợp với nội dung hợp đồng đã giao kết giữa các bên; đảm bảo thực hiện đúng các quy định của pháp luật về quản lý hoạt động xây dựng và quản lý chất lượng, thi công xây dựng và bảo trì công trình xây dựng, quy chuẩn, tiêu chuẩn áp dụng cho hợp đồng. Những sai sót trong sản phẩm của hợp đồng phải được Bên nhận thầu hoàn chỉnh theo đúng các điều khoản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Thời gian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Tiến độ thực hiện hợp đồng và các mốc hoàn thành các công việc chủ yếu được quy định cụ thể tại Phụ lục số …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Trường hợp chậm trễ do lỗi của Bên nhận thầu dẫn đến phải gia hạn thời gian thực hiện các công việc Hợp đồng, thì Bên nhận thầu không được làm tăng Giá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9.1.1. Hình thức giá hợp đồng: Hợp đồng trọn gói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quy định tại khoản 2 Điều 6 Nghị định số 210/2026/NĐ- CP để lựa chọn hình thức giá hợp đồng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9.1.2. Giá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9.1.3. Nội dung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Mức tạm ứng, số lần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Cách thức hoàn trả tiền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quy định tại [ĐKCT] Bên giao thầu tạm ứng cho Bên nhận thầu với số tiền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cụ thể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thời gian quy định tại [ĐKCT], kể từ ngày Bên giao thầu nhận đủ hồ sơ đề nghị thanh toán hợp lệ của Bên nhận thầu ,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đến thời hạn của mỗi lần thanh toán hoặc tạm thanh toán, Bên nhận thầu sẽ nộp cho Bên giao thầu các bộ hồ sơ thanh toán với số lượng và thành phần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Hình thức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Đồng tiền thanh toán là đồng tiền Việt Nam.</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Căn cứ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 Hồ sơ hợp đồng đã giao kết giữa các bên, các phụ lục hợp đồng và văn bản sửa đổi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10.1.2. Nhiệm vụ thiết kế đã được Bên giao thầu (hoặc cấp có thẩm quyền)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10.1.3. Danh mục quy chuẩn, tiêu chuẩn, chỉ dẫn kỹ thuật áp dụng. 10.1.4. Hồ sơ, tài liệu, kết quả khảo sát xây dựng được phê duyệt. 10.1.5. Các văn bản pháp lý, quy hoạch chi tiết hoặc quy hoạch phân khu (tỷ lệ 1/500 hoặc 1/2000), văn bản chấp thuận chủ trương đầu tư của dự án đã được cơ quan nhà nước có thẩm quyền ban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10.1.6. Văn bản yêu cầu chỉnh sửa, rà soát hồ sơ của Bên giao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10.1.7. Ý kiến bằng văn bản của các cơ quan chuyên môn liên quan (như: phòng cháy chữa cháy, an toàn, vệ sinh, môi trường, quốc phòng an ninh,...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10.1.8. Thông báo kết quả thẩm tra, thẩm định thiết kế xây dựng của cơ quan chuyên môn về xây dựng hoặc cơ quan chủ trì thẩm định theo quy định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10.1.9.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Nghiệm thu sản phẩm được tiến hành theo các giai đoạn/đợt tương ứng với tiến độ và nội dung thực hiện nhiệm vụ tư vấn thiết kế xây dựng quy định chi tiết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Bên nhận thầu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[Theo loại thiết kế xây dựng triển khai sau khi dự án được phê duyệt thì sản phẩm nghiệm thu căn cứ theo quy định tại Nghị định quy định chi tiết một số Điều của Luật Xây dựng về quản lý hoạt động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Quyền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Yêu cầu bên giao thầu cung cấp thông tin, tài liệu liên quan đến nhiệm vụ tư vấn và phương tiện làm việc theo thỏa thuận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Yêu cầu Bên giao thầu, nhà thầu thi công xây dựng thực hiện theo đúng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công trình có tính chất kỹ thuật phức tạp, Bên nhận thầu được đề xuất với Bên giao thầu thực hiện các thí nghiệm, thử nghiệm mô phỏng để kiểm tra, tính toán khả năng làm việc của công trình nhằm hoàn thiện thiết kế xây dựng, bảo đảm yêu cầu kỹ thuật và an toàn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Được đảm bảo quyền tác giả theo quy định của pháp luật (đối với sản phẩm tư vấn có quyền tác giả); thuê thầu phụ thực hiện một phần công việc theo quy định tại Điều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11.1.5.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11.1.6. Từ chối những yêu cầu thay đổi thiết kế của Bên giao thầu trong trường hợp không phù hợp với quy định của pháp luật, quy chuẩn kỹ thuật, tiêu chuẩn áp dụng; nghiệm thu hạng mục công trình, công trình xây dựng khi thi công không theo đúng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11.1.7. Được quyền yêu cầu bên giao thầu thanh toán đúng hạn, thanh toán các khoản lãi vay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11.1.8. Yêu cầu bên giao thầu nghiệm thu, nhận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11.1.9. Quyền khác theo quy định của hợp đồng xây dựng và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 Khảo sát, thu thập các thông tin, dữ liệu, tài liệu cần thiết để thực hiện công việc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11.2.2. Thực hiện công việc đảm bảo tuân thủ đúng quy định pháp luật về xây dựng và các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11.2.3. Có trách nhiệm cung cấp hồ sơ, tài liệu, trình bày và bảo vệ sản phẩm tư vấn trong các cuộc họp, báo cáo, thẩm định,... đến khi sản phẩm được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11.2.4. Tham gia nghiệm thu công trình xây dựng theo hợp đồng xây dựng với Bên giao thầu; đồng thời phải thông báo kịp thời cho Bên giao thầu khi phát hiện thi công sai thiết kế được duyệt và kiến nghị biện pháp xử lý.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11.2.5. Chịu trách nhiệm về kết quả, chất lượng sản phẩm tư vấn theo hợp đồng đã ký và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11.2.6.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11.2.7. Hoàn thành công việc đúng tiến độ, chất lượng và giao nộp các sản phẩm tư vấn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11.2.8. Cử đại diện có đủ thẩm quyền, năng lực để giải quyết các công việc còn vướng mắc tại bất kỳ thời điểm theo yêu cầu của Bên giao thầu cho tới ngày bàn giao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11.2.9.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11.2.10. Bảo quản và giao lại cho Bên giao thầu những tài liệu và phương tiện làm việc do Bên giao thầu cung cấp theo hợp đồng sau khi hoàn thành công việc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11.2.11. Tuân thủ các yêu cầu và hướng dẫn của Bên giao thầu, trừ những hướng dẫn hoặc yêu cầu trái với luật pháp hoặc không thể thực hiện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11.2.12. Bồi thường thiệt hại do lỗi của mình gây ra khi thực hiện không đúng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11.2.13. Bên nhận thầu mua bảo hiểm trách nhiệm nghề nghiệp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11.2.14. Bên nhận thầu có trách nhiệm thanh toán các nghĩa vụ thuế, phí (nếu có) phát sinh từ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11.2.15. Giám sát tác giả theo quy định. 11.2.16. Bên nhận thầu chịu trách nhiệm về chất lượng thiết kế xây dựng do mình thực hiện; việc thẩm tra, thẩm định và phê duyệt thiết kế xây dựng của cá nhân, tổ chức, chủ đầu tư, người quyết định đầu tư hoặc cơ quan chuyên môn về xây dựng không thay thế và không làm giảm trách nhiệm của Bên nhận thầu về chất lượng thiết kế xây dựng do mình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11.2.17. Nhà thầu có trách nhiệm ứng dụng công nghệ thông tin, chuyển đổi số, đổi mới sáng tạo và mô hình thông tin công trình (BIM) trong quá trình thực hiện Công việc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11.2.18. Các nghĩa vụ và trách nhiệm khác theo quy định của hợp đồng và pháp luật khác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Quyền,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Quyền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Kiểm tra chất lượng, tiến độ thực hiện công việc thuộc phạm vi hợp đồng nhưng không làm cản trở hoạt động bình thường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Được quyền sở hữu và sử dụng sản phẩm theo thỏa thuận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12.1.5. Được chỉ định thầu phụ khi Bên nhận thầu chính không đáp ứng được yêu cầu theo hợp đồng đã giao kết; được quyền từ chối nhà thầu phụ do bên nhận thầu đề xuất.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12.1.6. Yêu cầu Bên nhận thầu thay đổi cá nhân tư vấn không đáp ứng được yêu cầu năng lực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12.1.7. Các quyền khác theo quy định của hợp đồng và pháp luật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Cung cấp kịp thời hồ sơ và các tài liệu, phương tiện, máy và thiết bị có liên quan, vật tư theo thỏa thuận trong hợp đồng (nếu có) và quy định của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Tra cứu, kiểm tra thông tin năng lực hoạt động xây dựng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12.2.3. Xem xét, chấp thuận danh sách các nhà thầu phụ đủ điều kiện năng lực chưa có trong hợp đồng theo đề nghị của Bên nhận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12.2.4. Giải quyết kiến nghị của bên nhận thầu theo thẩm quyền trong quá trình thực hiện hợp đồng đúng thời hạn do các bên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12.2.6. Giữ bí mật thông tin liên quan đến hợp đồng mà trong hợp đồng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12.2.7. Tổ chức nghiệm thu, nhận, bàn giao sản phẩm của hợp đồng. 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12.2.9. Xem xét, chấp thuận hoặc từ chối đề xuất của Bên nhận thầu về khối lượng phát sinh ngoài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12.2.10. Bảo đảm quyền tác giả đối với sản phẩm tư vấn có quyền tác giả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12.2.11. Thông báo đầy đủ và kịp thời tất cả các thông tin liên quan có thể làm chậm trễ hoặc cản trở việc hoàn thành các công việc theo tiến độ và đề xuất giải pháp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12.2.12. Thông báo chấp thuận nghiệm thu hồ sơ thiết kế xây dựng bằng văn bản đến Bên nhận thầu nếu đạt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12.2.13. Các nghĩa vụ và trách nhiệm khác theo quy định của hợp đồng và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Giải quyết tranh chấp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Phương thức giải quyết tranh chấp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Thời điểm thành lập ban xử lý tranh chấp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Chi phí chi trả cho các thành viên tham gia ban xử lý tranh chấp và các chi phí khác có liên quan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Khi một bên khiếu nại, bên kia thì phải đưa ra các căn cứ, dẫn chứng cụ thể để làm sáng tỏ những nội dung khiếu nại.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13.2.3. Các khiếu nại của mỗi bên phải được gửi đến đúng địa chỉ giao dịch hoặc địa chỉ trao đổi thông tin mà các bên đã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14.2.5. Trong thời gian không thực hiện được dịch vụ do sự kiện bất khả kháng, theo yêu cầu của Bên giao thầu, Bên nhận thầu có nghĩa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14.2.6. Chấm dứt hợp đồng và thanh toán hợp đồng trong trường hợp bất khả kháng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14.2.7.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sự kiện được coi là hoàn cảnh thay đổi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Trường hợp Bên nhận được đề nghi sửa đổi Hợp đồng không đồng ý hoặc các Bên không đạt được thỏa thuận, thì Bên bị ảnh hưởng có thể đề nghị Tòa án xử lý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Việc sử dụng nhà thầu phụ, nhà thầu phụ do Bên giao thầu chỉ định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 Bên nhận thầu phải chịu trách nhiệm trước Bên giao thầu về tiến độ, chất lượng, an toàn lao động, bảo vệ môi trường, sai sót của mình và các công việc do các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Các tình huống Bên giao thầu được chỉ định nhà thầu phụ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Bên nhận thầu và các thỏa thuận trong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yêu cầu về điều kiện. Nếu Bên giao thầu không có ý kiến về nhân sự thay thế trong vòng... ngày kể từ ngày nhận được đề nghị của Bên nhận thầu thì nhân sự đó coi như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Điều chỉnh khối lượng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trường hợp được điều chỉnh khối lượng, phạm vi và trình tự, thủ tục điều chỉnh khối lượng,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hình thức giá hợp đồng khác, việc sửa đổi hợp đồng thực hiện theo quy định tại Điều 22, 23, 24,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tham gia hợp đồng nghiên cứu các quy định có liên quan và các hướng dẫn cụ thể tại Mẫu hợp đồng này để điều chỉnh các nội dung trong hợp đồng cho phù hợp]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và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Một bên vi phạm nghiêm trọng các nghĩa vụ hợp đồng đã cam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Do sự kiện bất khả kháng theo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Theo yêu cầu của cơ quan nhà nước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Thay đổi pháp luật ảnh hưởng trực tiếp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Một bên được tạm dừng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 Chấm dứt hợp đồng bởi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có thể chấm dứt hợp đồng sau quy định tại [ĐKCT] kể từ ngày gửi văn bản kết thúc hợp đồng đến Bên nhận thầu. Bên giao thầu sẽ được quyền chấm dứt hợp đồng khi: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không tuân thủ về bảo đảm thực hiện hợp đồng tại Điều ... (nếu các bên có thỏa thuận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nhận thầu từ chối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 Bên nhận thầu cố ý trình Bên giao thầu các tài liệu không đúng sự thật gây ảnh hưởng đến quyền lợi, nghĩa vụ và lợi ích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 Trường hợp bất khả kháng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Bên giao thầu có thể thuê các Bên nhận thầu khác thực hiện tiếp công việc tư vấn. Bên giao thầu và các Bên nhận thầu này có thể sử dụng bất cứ tài liệu nào đã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18.2.2.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thể chấm dứt hợp đồng nhưng phải thông báo bằng văn bản trước cho Bên giao thầu tối thiểu là quy định tại [ĐKCT]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Công việc bị ngừng do lỗi của Bên giao thầu trong khoảng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giao thầu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hậu quả của sự kiện bất khả kháng mà Bên nhận thầu không thể thực hiện một phần quan trọng công việc trong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18.2.3. Khi chấm dứt hợp đồng, thì các quyền và nghĩa vụ của các bên sẽ chấm dứt trừ điều khoản về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18.2.4. Khi một trong hai bên chấm dứt hợp đồng thì ngay khi gửi hay nhận văn bản chấm dứt hợp đồng, Bên nhận thầu sẽ thực hiện các bước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để kết thúc công việc tư vấn một cách nhanh chóng và cố gắng để giảm tối đa mức chi phí.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Bên nhận thầu có trách nhiệm lập hồ sơ quyết toán hợp đồng theo loại hợp đồng các bên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Hồ sơ quyết toán hợp đồng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Biên bản nghiệm thu hoàn thành toàn bộ công việc thuộc phạm vi hợp đồng và công việc phát sinh ngoài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Sản phẩm của hợp đồng theo quy định tại Điều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Các tài liệu khác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Việc thanh lý hợp đồng phải được hoàn tất trong thời hạn ... ngày kể từ ngày các bên hoàn thành các nghĩa vụ theo hợp đồng hoặc bị chấm dứt theo Điều [Tạm dừng và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cam kết thực hiện một cách trung thực, công bằng và đảm bảo để thực hiện theo mục tiêu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có hiệu lực kể từ thời điểm quy định tại [ĐKCT]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thời gian hiệu lực của hợp đồng khác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trang, số lượng phụ lục, số bản được thành lập, ngôn ngữ hợp đồng, giá trị pháp lý, số bản Bên giao thầu sẽ giữ, số bản Bên nhận thầu sẽ giữ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4. ĐIỀU KIỆN CỤ THỂ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là ____</w:t>
      </w:r>
      <w:r>
        <w:rPr>
          <w:rFonts w:ascii="Times New Roman" w:hAnsi="Times New Roman" w:eastAsia="Times New Roman" w:cs="Times New Roman"/>
          <w:b w:val="0"/>
          <w:i/>
          <w:color w:val="000000"/>
          <w:sz w:val="26"/>
        </w:rPr>
        <w:t>[Ghi cụ thứ tự ưu tiên áp dụng các tài liệu trong hồ sơ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gồm ____</w:t>
      </w:r>
      <w:r>
        <w:rPr>
          <w:rFonts w:ascii="Times New Roman" w:hAnsi="Times New Roman" w:eastAsia="Times New Roman" w:cs="Times New Roman"/>
          <w:b w:val="0"/>
          <w:i/>
          <w:color w:val="000000"/>
          <w:sz w:val="26"/>
        </w:rPr>
        <w:t>[Ghi cụ thể các sản phẩm mà Bên nhận thầu phải thực hiện và nộp cho Bên giao thầu]</w:t>
      </w:r>
      <w:r>
        <w:rPr>
          <w:rFonts w:ascii="Times New Roman" w:hAnsi="Times New Roman" w:eastAsia="Times New Roman" w:cs="Times New Roman"/>
          <w:b w:val="0"/>
          <w:i w:val="0"/>
          <w:color w:val="000000"/>
          <w:sz w:val="26"/>
        </w:rPr>
        <w:t>, bao gồm nhưng không giới hạn: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 Hồ sơ thiết kế xây dựng triển khai sau khi dự án được phê duyệt bao gồm nhưng không giới hạn các nội dung được quy định tại Nghị định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6.2.2. Dự toán chi phí 6.2.3. Chỉ dẫn kỹ thuật 6.2.4. Quy trình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loại thiết kế xây dựng để cụ thể sản phẩm của hợp đồng. Quy cách về hồ sơ thiết kế thực hiện theo các quy định tại Nghị định của Chính phủ quy định chi tiết một số điều của Luật Xây dựng về quản lý hoạt động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là ____</w:t>
      </w:r>
      <w:r>
        <w:rPr>
          <w:rFonts w:ascii="Times New Roman" w:hAnsi="Times New Roman" w:eastAsia="Times New Roman" w:cs="Times New Roman"/>
          <w:b w:val="0"/>
          <w:i/>
          <w:color w:val="000000"/>
          <w:sz w:val="26"/>
        </w:rPr>
        <w:t>[Ghi cụ thể số lượng là bao nhiêu bộ].</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8.1. Thời gian thực hiện hợp đồng từ ngày </w:t>
      </w:r>
      <w:r>
        <w:rPr>
          <w:rFonts w:ascii="Times New Roman" w:hAnsi="Times New Roman" w:eastAsia="Times New Roman" w:cs="Times New Roman"/>
          <w:b w:val="0"/>
          <w:i/>
          <w:color w:val="000000"/>
          <w:sz w:val="26"/>
        </w:rPr>
        <w:t>___[Ghi cụ thể thời điểm có hiệu lực hoặc thời điểm bắt đầu thực hiện công việc]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9.1.2. Giá hợp đồng được xác định với số tiền: </w:t>
      </w:r>
      <w:r>
        <w:rPr>
          <w:rFonts w:ascii="Times New Roman" w:hAnsi="Times New Roman" w:eastAsia="Times New Roman" w:cs="Times New Roman"/>
          <w:b w:val="0"/>
          <w:i/>
          <w:color w:val="000000"/>
          <w:sz w:val="26"/>
        </w:rPr>
        <w:t>[Ghi cụ thể tổng số tiền, số tiền bằng chữ].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Mức tạm ứng, số lần tạm ứng </w:t>
      </w:r>
      <w:r>
        <w:rPr>
          <w:rFonts w:ascii="Times New Roman" w:hAnsi="Times New Roman" w:eastAsia="Times New Roman" w:cs="Times New Roman"/>
          <w:b w:val="0"/>
          <w:i/>
          <w:color w:val="000000"/>
          <w:sz w:val="26"/>
        </w:rPr>
        <w:t>[Ghi cụ thể mức tạm ứng, số lần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Cách thức hoàn trả tiền tạm ứng </w:t>
      </w:r>
      <w:r>
        <w:rPr>
          <w:rFonts w:ascii="Times New Roman" w:hAnsi="Times New Roman" w:eastAsia="Times New Roman" w:cs="Times New Roman"/>
          <w:b w:val="0"/>
          <w:i/>
          <w:color w:val="000000"/>
          <w:sz w:val="26"/>
        </w:rPr>
        <w:t>[Ghi cụ thể tiền tạm ứng được thu hồi hết khi giá trị thanh toán thực tế đạt ... % giá trị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Bên giao thầu tạm ứng cho Bên nhận thầu với số tiền</w:t>
      </w:r>
      <w:r>
        <w:rPr>
          <w:rFonts w:ascii="Times New Roman" w:hAnsi="Times New Roman" w:eastAsia="Times New Roman" w:cs="Times New Roman"/>
          <w:b w:val="0"/>
          <w:i/>
          <w:color w:val="000000"/>
          <w:sz w:val="26"/>
        </w:rPr>
        <w:t xml:space="preserve"> [Ghi cụ thể số tiền tạm ứng].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tối thiểu đối với hợp đồng tư vấn: 15% giá hợp đồng đối với hợp đồng có giá trị trên 10 tỷ đồng; 20% giá hợp đồng đối với các hợp đồng có giá trị đến 10 tỷ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d) Bên nhận thầu phải nộp cho Bên giao thầu bảo lãnh tạm ứng hợp đồng tương ứng với giá trị, loại tiền tạm ứng và trong khoảng thời gian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xml:space="preserve"> kể từ ngày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w:t>
      </w:r>
      <w:r>
        <w:rPr>
          <w:rFonts w:ascii="Times New Roman" w:hAnsi="Times New Roman" w:eastAsia="Times New Roman" w:cs="Times New Roman"/>
          <w:b w:val="0"/>
          <w:i/>
          <w:color w:val="000000"/>
          <w:sz w:val="26"/>
        </w:rPr>
        <w:t>Ghi cụ thể số lần thanh toán</w:t>
      </w:r>
      <w:r>
        <w:rPr>
          <w:rFonts w:ascii="Times New Roman" w:hAnsi="Times New Roman" w:eastAsia="Times New Roman" w:cs="Times New Roman"/>
          <w:b w:val="0"/>
          <w:i w:val="0"/>
          <w:color w:val="000000"/>
          <w:sz w:val="26"/>
        </w:rPr>
        <w:t>]. Lần thanh toán cuối cùng sau khi Bên nhận thầu hoàn thành các công việc theo nghĩa vụ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w:t>
      </w:r>
      <w:r>
        <w:rPr>
          <w:rFonts w:ascii="Times New Roman" w:hAnsi="Times New Roman" w:eastAsia="Times New Roman" w:cs="Times New Roman"/>
          <w:b w:val="0"/>
          <w:i/>
          <w:color w:val="000000"/>
          <w:sz w:val="26"/>
        </w:rPr>
        <w:t>Ghi cụ thể số tiền mà Bên giao thầu sẽ thanh toán cho Bên nhận thầu tương ứng với các lần thanh toán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Khi đến thời hạn của mỗi lần thanh toán hoặc tạm thanh toán, Bên nhận thầu sẽ nộp cho Bên giao thầu các bộ hồ sơ thanh toán với số lượng và thành phần </w:t>
      </w:r>
      <w:r>
        <w:rPr>
          <w:rFonts w:ascii="Times New Roman" w:hAnsi="Times New Roman" w:eastAsia="Times New Roman" w:cs="Times New Roman"/>
          <w:b w:val="0"/>
          <w:i/>
          <w:color w:val="000000"/>
          <w:sz w:val="26"/>
        </w:rPr>
        <w:t>[Ghi cụ thể số lượng và thành phần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Hình thức thanh toán </w:t>
      </w:r>
      <w:r>
        <w:rPr>
          <w:rFonts w:ascii="Times New Roman" w:hAnsi="Times New Roman" w:eastAsia="Times New Roman" w:cs="Times New Roman"/>
          <w:b w:val="0"/>
          <w:i/>
          <w:color w:val="000000"/>
          <w:sz w:val="26"/>
        </w:rPr>
        <w:t>[Ghi cụ thể hình thức thanh toán bằng chuyển khoản hoặc bằng hình thức khác do các bên tự thỏa thuận phù hợp với quy định của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10.2.1. Nghiệm thu sản phẩm được tiến hành___lần </w:t>
      </w:r>
      <w:r>
        <w:rPr>
          <w:rFonts w:ascii="Times New Roman" w:hAnsi="Times New Roman" w:eastAsia="Times New Roman" w:cs="Times New Roman"/>
          <w:b w:val="0"/>
          <w:i/>
          <w:color w:val="000000"/>
          <w:sz w:val="26"/>
        </w:rPr>
        <w:t>[Ghi rõ số lần tiến hành nghiệm thu sản phẩm và cụ thể công việc phải nghiệm thu của từng lần nghiệm thu sản phẩm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1: </w:t>
      </w:r>
      <w:r>
        <w:rPr>
          <w:rFonts w:ascii="Times New Roman" w:hAnsi="Times New Roman" w:eastAsia="Times New Roman" w:cs="Times New Roman"/>
          <w:b w:val="0"/>
          <w:i/>
          <w:color w:val="000000"/>
          <w:sz w:val="26"/>
        </w:rPr>
        <w:t>[Ghi cụ thể công việc phải nghiệm thu của lần nghiệm thu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2: </w:t>
      </w:r>
      <w:r>
        <w:rPr>
          <w:rFonts w:ascii="Times New Roman" w:hAnsi="Times New Roman" w:eastAsia="Times New Roman" w:cs="Times New Roman"/>
          <w:b w:val="0"/>
          <w:i/>
          <w:color w:val="000000"/>
          <w:sz w:val="26"/>
        </w:rPr>
        <w:t>[Ghi cụ thể công việc phải nghiệm thu của lần nghiệm thu này].</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Lần cuối: Sau khi nhận đầy đủ hồ sơ, tài liệu, sản phẩm thiết kế được phê duyệt.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13.1.1. Phương thức giải quyết tranh chấp hợp đồng </w:t>
      </w:r>
      <w:r>
        <w:rPr>
          <w:rFonts w:ascii="Times New Roman" w:hAnsi="Times New Roman" w:eastAsia="Times New Roman" w:cs="Times New Roman"/>
          <w:b w:val="0"/>
          <w:i/>
          <w:color w:val="000000"/>
          <w:sz w:val="26"/>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Thời điểm thành lập ban xử lý tranh chấp </w:t>
      </w:r>
      <w:r>
        <w:rPr>
          <w:rFonts w:ascii="Times New Roman" w:hAnsi="Times New Roman" w:eastAsia="Times New Roman" w:cs="Times New Roman"/>
          <w:b w:val="0"/>
          <w:i/>
          <w:color w:val="000000"/>
          <w:sz w:val="26"/>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Chi phí chi trả cho các thành viên tham gia ban xử lý tranh chấp và các chi phí khác có liên quan </w:t>
      </w:r>
      <w:r>
        <w:rPr>
          <w:rFonts w:ascii="Times New Roman" w:hAnsi="Times New Roman" w:eastAsia="Times New Roman" w:cs="Times New Roman"/>
          <w:b w:val="0"/>
          <w:i/>
          <w:color w:val="000000"/>
          <w:sz w:val="26"/>
        </w:rPr>
        <w:t>[Ghi cụ thể chi phí mỗi bên phải chi trả</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___[</w:t>
      </w:r>
      <w:r>
        <w:rPr>
          <w:rFonts w:ascii="Times New Roman" w:hAnsi="Times New Roman" w:eastAsia="Times New Roman" w:cs="Times New Roman"/>
          <w:b w:val="0"/>
          <w:i/>
          <w:color w:val="000000"/>
          <w:sz w:val="26"/>
        </w:rPr>
        <w:t>Ghi cụ thể thời gian trả lời khiếu nại, chấp thuận hoặc không chấp thuận nội dung khiếu nại, lý do</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eastAsia="Times New Roman" w:cs="Times New Roman"/>
          <w:b w:val="0"/>
          <w:i/>
          <w:color w:val="000000"/>
          <w:sz w:val="26"/>
        </w:rPr>
        <w:t>[Ghi cụ thể các trường hợp rủi ro có thể lường trước được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Các trường hợp bất khả kháng </w:t>
      </w:r>
      <w:r>
        <w:rPr>
          <w:rFonts w:ascii="Times New Roman" w:hAnsi="Times New Roman" w:eastAsia="Times New Roman" w:cs="Times New Roman"/>
          <w:b w:val="0"/>
          <w:i/>
          <w:color w:val="000000"/>
          <w:sz w:val="26"/>
        </w:rPr>
        <w:t>[Ghi cụ thể các trường hợp bất khả kháng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14.3.1. Các sự kiện được coi là hoàn cảnh thay đổi </w:t>
      </w:r>
      <w:r>
        <w:rPr>
          <w:rFonts w:ascii="Times New Roman" w:hAnsi="Times New Roman" w:eastAsia="Times New Roman" w:cs="Times New Roman"/>
          <w:b w:val="0"/>
          <w:i/>
          <w:color w:val="000000"/>
          <w:sz w:val="26"/>
        </w:rPr>
        <w:t>[Ghi cụ thể các trường hợp hoàn cảnh thay đổi cơ bản do các bên thỏa thuận phù hợp với các tiêu chí của Bộ Luật Dân sự]</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eastAsia="Times New Roman" w:cs="Times New Roman"/>
          <w:b w:val="0"/>
          <w:i/>
          <w:color w:val="000000"/>
          <w:sz w:val="26"/>
        </w:rPr>
        <w:t>[Ghi cụ thể đồng ý hoặc không đồng ý hoặc ý kiến khác trong thời hạn là___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 Việc sử dụng nhà thầu phụ, nhà thầu phụ do Bên giao thầu chỉ định: </w:t>
      </w:r>
      <w:r>
        <w:rPr>
          <w:rFonts w:ascii="Times New Roman" w:hAnsi="Times New Roman" w:eastAsia="Times New Roman" w:cs="Times New Roman"/>
          <w:b w:val="0"/>
          <w:i/>
          <w:color w:val="000000"/>
          <w:sz w:val="26"/>
        </w:rPr>
        <w:t>[Ghi cụ thể việc sử dụng nhà thầu phụ, nhà thầu phụ do Bên giao thầu chỉ định trên cơ sở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15.3. Các tình huống Bên giao thầu được chỉ định nhà thầu phụ: </w:t>
      </w:r>
      <w:r>
        <w:rPr>
          <w:rFonts w:ascii="Times New Roman" w:hAnsi="Times New Roman" w:eastAsia="Times New Roman" w:cs="Times New Roman"/>
          <w:b w:val="0"/>
          <w:i/>
          <w:color w:val="000000"/>
          <w:sz w:val="26"/>
        </w:rPr>
        <w:t>[Ghi cụ thể các tình huống Bên giao thầu được chỉ định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Bên nhận thầu và các thỏa thuận trong hợp đồng: [</w:t>
      </w:r>
      <w:r>
        <w:rPr>
          <w:rFonts w:ascii="Times New Roman" w:hAnsi="Times New Roman" w:eastAsia="Times New Roman" w:cs="Times New Roman"/>
          <w:b w:val="0"/>
          <w:i/>
          <w:color w:val="000000"/>
          <w:sz w:val="26"/>
        </w:rPr>
        <w:t>Ghi cụ thể được hay không được</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16.3. Bên nhận thầu phải gửi văn bản thông báo cho Bên giao thầu trong vòng là ___ </w:t>
      </w:r>
      <w:r>
        <w:rPr>
          <w:rFonts w:ascii="Times New Roman" w:hAnsi="Times New Roman" w:eastAsia="Times New Roman" w:cs="Times New Roman"/>
          <w:b w:val="0"/>
          <w:i/>
          <w:color w:val="000000"/>
          <w:sz w:val="26"/>
        </w:rPr>
        <w:t>[Ghi cụ thể là bao nhiêu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w:t>
      </w:r>
      <w:r>
        <w:rPr>
          <w:rFonts w:ascii="Times New Roman" w:hAnsi="Times New Roman" w:eastAsia="Times New Roman" w:cs="Times New Roman"/>
          <w:b w:val="0"/>
          <w:i/>
          <w:color w:val="000000"/>
          <w:sz w:val="26"/>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Các trường hợp được điều chỉnh khối lượng, phạm vi và trình tự, thủ tục điều chỉnh khối lượng: [</w:t>
      </w:r>
      <w:r>
        <w:rPr>
          <w:rFonts w:ascii="Times New Roman" w:hAnsi="Times New Roman" w:eastAsia="Times New Roman" w:cs="Times New Roman"/>
          <w:b w:val="0"/>
          <w:i/>
          <w:color w:val="000000"/>
          <w:sz w:val="26"/>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như sau: </w:t>
      </w:r>
      <w:r>
        <w:rPr>
          <w:rFonts w:ascii="Times New Roman" w:hAnsi="Times New Roman" w:eastAsia="Times New Roman" w:cs="Times New Roman"/>
          <w:b w:val="0"/>
          <w:i/>
          <w:color w:val="000000"/>
          <w:sz w:val="26"/>
        </w:rPr>
        <w:t>[Ghi cụ thể thỏa thuận của các bên về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trên cơ sở quy định tại Điều 84 Luật Xây dựng, Điều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và thời hạn hoàn thành các công việc, sản phẩm cụ thể của hợp đồng</w:t>
      </w:r>
      <w:r>
        <w:rPr>
          <w:rFonts w:ascii="Times New Roman" w:hAnsi="Times New Roman" w:eastAsia="Times New Roman" w:cs="Times New Roman"/>
          <w:b w:val="0"/>
          <w:i/>
          <w:color w:val="000000"/>
          <w:sz w:val="26"/>
        </w:rPr>
        <w:t xml:space="preserve"> [Ghi cụ thể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của các bên về các trường hợp điều chỉnh thời gian hoặc tiến độ thực hiện và thời hạn hoàn thành các công việc, sản phẩm cụ thể của hợp đồng]</w:t>
      </w:r>
      <w:r>
        <w:rPr>
          <w:rFonts w:ascii="Times New Roman" w:hAnsi="Times New Roman" w:eastAsia="Times New Roman" w:cs="Times New Roman"/>
          <w:b w:val="0"/>
          <w:i w:val="0"/>
          <w:color w:val="000000"/>
          <w:sz w:val="26"/>
        </w:rPr>
        <w: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 Một bên được tạm dừng thực hiện hợp đồng </w:t>
      </w:r>
      <w:r>
        <w:rPr>
          <w:rFonts w:ascii="Times New Roman" w:hAnsi="Times New Roman" w:eastAsia="Times New Roman" w:cs="Times New Roman"/>
          <w:b w:val="0"/>
          <w:i/>
          <w:color w:val="000000"/>
          <w:sz w:val="26"/>
        </w:rPr>
        <w:t>[Ghi cụ thể các trường hợp, phạm vi tạm dừng thực hiện hợp đồng (toàn bộ hoặc một phần công việc) mà Bên giao thầu hoặc Bên nhận thầu được tạm dừng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cụ thể việc bồi thường thiệt hại theo một trong hai cách sau: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toàn bộ thiệt hại thực tế;</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Hợp đồng này có hiệu lực kể từ thời điểm </w:t>
      </w:r>
      <w:r>
        <w:rPr>
          <w:rFonts w:ascii="Times New Roman" w:hAnsi="Times New Roman" w:eastAsia="Times New Roman" w:cs="Times New Roman"/>
          <w:b w:val="0"/>
          <w:i/>
          <w:color w:val="000000"/>
          <w:sz w:val="26"/>
        </w:rPr>
        <w:t>[Ghi cụ thể ngày... tháng... năm... có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bao gồm ___ trang</w:t>
      </w:r>
      <w:r>
        <w:rPr>
          <w:rFonts w:ascii="Times New Roman" w:hAnsi="Times New Roman" w:eastAsia="Times New Roman" w:cs="Times New Roman"/>
          <w:b w:val="0"/>
          <w:i/>
          <w:color w:val="000000"/>
          <w:sz w:val="26"/>
        </w:rPr>
        <w:t xml:space="preserve"> [Ghi cụ thể số lượng trang của hợp đồng]</w:t>
      </w:r>
      <w:r>
        <w:rPr>
          <w:rFonts w:ascii="Times New Roman" w:hAnsi="Times New Roman" w:eastAsia="Times New Roman" w:cs="Times New Roman"/>
          <w:b w:val="0"/>
          <w:i w:val="0"/>
          <w:color w:val="000000"/>
          <w:sz w:val="26"/>
        </w:rPr>
        <w:t xml:space="preserve">, và ___ Phụ lục </w:t>
      </w:r>
      <w:r>
        <w:rPr>
          <w:rFonts w:ascii="Times New Roman" w:hAnsi="Times New Roman" w:eastAsia="Times New Roman" w:cs="Times New Roman"/>
          <w:b w:val="0"/>
          <w:i/>
          <w:color w:val="000000"/>
          <w:sz w:val="26"/>
        </w:rPr>
        <w:t>[Ghi cụ thể số lượng Phụ lục của hợp đồng]</w:t>
      </w:r>
      <w:r>
        <w:rPr>
          <w:rFonts w:ascii="Times New Roman" w:hAnsi="Times New Roman" w:eastAsia="Times New Roman" w:cs="Times New Roman"/>
          <w:b w:val="0"/>
          <w:i w:val="0"/>
          <w:color w:val="000000"/>
          <w:sz w:val="26"/>
        </w:rPr>
        <w:t xml:space="preserve"> được lập thành___bản </w:t>
      </w:r>
      <w:r>
        <w:rPr>
          <w:rFonts w:ascii="Times New Roman" w:hAnsi="Times New Roman" w:eastAsia="Times New Roman" w:cs="Times New Roman"/>
          <w:b w:val="0"/>
          <w:i/>
          <w:color w:val="000000"/>
          <w:sz w:val="26"/>
        </w:rPr>
        <w:t>[Ghi cụ thể số lượng bản hợp đồng được phát hành]</w:t>
      </w:r>
      <w:r>
        <w:rPr>
          <w:rFonts w:ascii="Times New Roman" w:hAnsi="Times New Roman" w:eastAsia="Times New Roman" w:cs="Times New Roman"/>
          <w:b w:val="0"/>
          <w:i w:val="0"/>
          <w:color w:val="000000"/>
          <w:sz w:val="26"/>
        </w:rPr>
        <w:t xml:space="preserve"> bằng tiếng Việt </w:t>
      </w:r>
      <w:r>
        <w:rPr>
          <w:rFonts w:ascii="Times New Roman" w:hAnsi="Times New Roman" w:eastAsia="Times New Roman" w:cs="Times New Roman"/>
          <w:b w:val="0"/>
          <w:i/>
          <w:color w:val="000000"/>
          <w:sz w:val="26"/>
        </w:rPr>
        <w:t>(hoặc ngôn ngữ khác hoặc song ngữ nếu có)</w:t>
      </w:r>
      <w:r>
        <w:rPr>
          <w:rFonts w:ascii="Times New Roman" w:hAnsi="Times New Roman" w:eastAsia="Times New Roman" w:cs="Times New Roman"/>
          <w:b w:val="0"/>
          <w:i w:val="0"/>
          <w:color w:val="000000"/>
          <w:sz w:val="26"/>
        </w:rPr>
        <w:t xml:space="preserve"> có giá trị pháp lý như nhau. Bên giao thầu sẽ giữ ___bản </w:t>
      </w:r>
      <w:r>
        <w:rPr>
          <w:rFonts w:ascii="Times New Roman" w:hAnsi="Times New Roman" w:eastAsia="Times New Roman" w:cs="Times New Roman"/>
          <w:b w:val="0"/>
          <w:i/>
          <w:color w:val="000000"/>
          <w:sz w:val="26"/>
        </w:rPr>
        <w:t>[Ghi cụ thể số lượng bản Bên giao thầu giữ]</w:t>
      </w:r>
      <w:r>
        <w:rPr>
          <w:rFonts w:ascii="Times New Roman" w:hAnsi="Times New Roman" w:eastAsia="Times New Roman" w:cs="Times New Roman"/>
          <w:b w:val="0"/>
          <w:i w:val="0"/>
          <w:color w:val="000000"/>
          <w:sz w:val="26"/>
        </w:rPr>
        <w:t xml:space="preserve">, Bên nhận thầu sẽ giữ___bản </w:t>
      </w:r>
      <w:r>
        <w:rPr>
          <w:rFonts w:ascii="Times New Roman" w:hAnsi="Times New Roman" w:eastAsia="Times New Roman" w:cs="Times New Roman"/>
          <w:b w:val="0"/>
          <w:i/>
          <w:color w:val="000000"/>
          <w:sz w:val="26"/>
        </w:rPr>
        <w:t>[Ghi cụ thể số lượng bản Bên nhận thầu giữ]</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GIAO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NHẬN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GIAO THẦU </w:t>
      </w:r>
      <w:r>
        <w:rPr>
          <w:rFonts w:ascii="Times New Roman" w:hAnsi="Times New Roman" w:eastAsia="Times New Roman" w:cs="Times New Roman"/>
          <w:b w:val="0"/>
          <w:i w:val="0"/>
          <w:color w:val="000000"/>
          <w:sz w:val="26"/>
        </w:rPr>
        <w:t>(Ghi tên, chức danh, ký tên, đóng dấu)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NHẬN THẦU </w:t>
      </w:r>
      <w:r>
        <w:rPr>
          <w:rFonts w:ascii="Times New Roman" w:hAnsi="Times New Roman" w:eastAsia="Times New Roman" w:cs="Times New Roman"/>
          <w:b w:val="0"/>
          <w:i w:val="0"/>
          <w:color w:val="000000"/>
          <w:sz w:val="26"/>
        </w:rPr>
        <w:t>(Ghi tên, chức danh, ký tên, đóng dấu)</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II – Hợp đồng tư vấn thiết kế xây dựng</dc:title>
  <dc:subject>Phụ lục II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