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III</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TƯ VẤN QUẢN LÝ DỰ ÁN</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TƯ VẤN QUẢN LÝ DỰ ÁN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 )</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CHỮ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Sử dụng các tài liệu, thông tin liên quan đến hợp đồng và bản quyền ...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Luật áp dụng và ngôn ngữ sử dụng trong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14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nghĩa vụ và trách nhiệm của Bên nhận thầu ............................ 16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nghĩa vụ và trách nhiệm của Bên giao thầu ............................. 18</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23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23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và chấm dứt hợp đồng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Quyết toán và thanh lý hợp đồng .......................................................... 26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26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ĐIỀU KIỆN CỤ THỂ CỦA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Trao đổi thông tin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khối lượng công việc và sản phẩm của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Yêu cầu về chất lượng, số lượng sản phẩm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thanh toán ........................................................ 28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Nghiệm thu sản phẩm ........................................................................... 29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Giải quyết tranh chấp, khiếu nại trong quá trình thực hiện hợp đồng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Rủi ro, sự kiện bất khả kháng và hoàn cảnh thay đổi cơ bản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(nếu có)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Nhân lực của Bên nhận thầu ................................................................. 31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Sửa đổi hợp đồng .................................................................................. 31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32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Điều khoản chung ................................................................................. 32</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DANH MỤC CÁC CHỮ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chung</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ĐKCT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bl>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tư vấn thiết kế xây dựng gói thầu (số,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án/công trình </w:t>
      </w:r>
      <w:r>
        <w:rPr>
          <w:rFonts w:ascii="Times New Roman" w:hAnsi="Times New Roman" w:eastAsia="Times New Roman" w:cs="Times New Roman"/>
          <w:b w:val="0"/>
          <w:i/>
          <w:color w:val="000000"/>
          <w:sz w:val="26"/>
        </w:rPr>
        <w:t>(tên dự án/công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 Căn cứ Luật Xây dựng số 135/2025/QH15 ngày 10 tháng 12 năm 2025; 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212/2026/NĐ-CP ngày 17 tháng 6 năm 2026 của Chính phủ quy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quy định pháp luật, văn bản liên quan khác1.</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lựa chọn áp dụng toàn bộ hoặc một phần các căn cứ pháp luật nêu trên và bổ sung các văn bản pháp lý khác có liên quan để thực hiện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 Như: Biên bản thương thảo hợp đồng; dự thảo hợp đồng (nếu có); ….</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Bên giao thầu là </w:t>
      </w:r>
      <w:r>
        <w:rPr>
          <w:rFonts w:ascii="Times New Roman" w:hAnsi="Times New Roman" w:eastAsia="Times New Roman" w:cs="Times New Roman"/>
          <w:b w:val="0"/>
          <w:i/>
          <w:color w:val="000000"/>
          <w:sz w:val="26"/>
        </w:rPr>
        <w:t>... (tên giao dịch của Bên giao thầu)</w:t>
      </w:r>
      <w:r>
        <w:rPr>
          <w:rFonts w:ascii="Times New Roman" w:hAnsi="Times New Roman" w:eastAsia="Times New Roman" w:cs="Times New Roman"/>
          <w:b w:val="0"/>
          <w:i w:val="0"/>
          <w:color w:val="000000"/>
          <w:sz w:val="26"/>
        </w:rPr>
        <w:t xml:space="preserve">. 1.2. Bên nhận thầu là ...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xml:space="preserve">. 1.3. Bên là Bên giao thầu hoặc Bên nhận thầu tùy theo hoàn cảnh cụ thể. 1.4. Công trình là ... </w:t>
      </w:r>
      <w:r>
        <w:rPr>
          <w:rFonts w:ascii="Times New Roman" w:hAnsi="Times New Roman" w:eastAsia="Times New Roman" w:cs="Times New Roman"/>
          <w:b w:val="0"/>
          <w:i/>
          <w:color w:val="000000"/>
          <w:sz w:val="26"/>
        </w:rPr>
        <w:t>(tên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Dự án là dự án ... </w:t>
      </w:r>
      <w:r>
        <w:rPr>
          <w:rFonts w:ascii="Times New Roman" w:hAnsi="Times New Roman" w:eastAsia="Times New Roman" w:cs="Times New Roman"/>
          <w:b w:val="0"/>
          <w:i/>
          <w:color w:val="000000"/>
          <w:sz w:val="26"/>
        </w:rPr>
        <w:t>(tên dự án hoặc dự án có công trình mà Bên nhận thầu thực hiện gói thầu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Đại diện Bên giao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Đại diện Bên nhận thầu là người đại diện hợp pháp theo quy định pháp luật hoặc cá nhân, pháp nhân khác được ủy quyền giao kết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Địa điểm dự án là địa điểm được nêu tại HSMT hoặc HSYC (nếu có)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 Đơn dự thầu (nếu có) là đề xuất của Bên nhận thầu có ghi giá dự thầu để thực hiện công việc theo đúng các yêu cầu của HSMT hoặc HSYC.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Gói thầu là ... </w:t>
      </w:r>
      <w:r>
        <w:rPr>
          <w:rFonts w:ascii="Times New Roman" w:hAnsi="Times New Roman" w:eastAsia="Times New Roman" w:cs="Times New Roman"/>
          <w:b w:val="0"/>
          <w:i/>
          <w:color w:val="000000"/>
          <w:sz w:val="26"/>
        </w:rPr>
        <w:t>(tên gói thầu mà Bên nhận thầu thực hiện công việc xây dựng theo hợp đồng này)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Giá hợp đồng là giá trị ghi trong hợp đồng giữa Bên giao thầu và Bên nhận thầu. Giá hợp đồng theo quy định tại Điều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Hoàn thành là việc Bên nhận thầu hoàn tất toàn bộ công việc theo các điều khoản và điều kiện quy định tại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Hợp đồng là thỏa thuận giữa Bên giao thầu và Bên nhận thầu, thể hiện bằng văn bản, được giao kết giữa hai bên, bao gồm cả phụ lục và các tài liệu hợp đồng kèm theo;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HSDT hoặc HSĐX (nếu có) của Bên nhận thầu là toàn bộ tài liệu theo quy định tại Phụ lục số ... [HSDT hoặc HSĐX (nếu có)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HSMT hoặc HSYC (nếu có) của Bên giao thầu là toàn bộ tài liệu theo quy định tại Phụ lục số ... [HSMT hoặc HSYC (nếu có)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Luật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1.18.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1.19. Ngày làm việc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1.20. Nhà thầu phụ là nhà thầu theo quy định tại Điều 19 Nghị định số 210/2026/NĐ-CP. 1.21. Tài liệu hợp đồng là các tài liệu được liệt kê trong Hợp đồng theo quy định tại Điều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Thời điểm hợp đồng có hiệu lực là thời điểm được quy định tại [ĐKCT</w:t>
      </w:r>
      <w:r>
        <w:rPr>
          <w:rFonts w:ascii="Times New Roman" w:hAnsi="Times New Roman" w:eastAsia="Times New Roman" w:cs="Times New Roman"/>
          <w:b/>
          <w:i w:val="0"/>
          <w:color w:val="000000"/>
          <w:sz w:val="26"/>
        </w:rPr>
        <w:t>]</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tự quyết định làm rõ, thống nhất việc giải thích từ ngữ, đảm bảo phù hợp với các quy định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Văn bản thông báo trúng thầu hoặc chỉ định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Điều kiện cụ thể của hợp đồng xây dựng, điều khoản tham chiếu đối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Hồ sơ mời thầu hoặc hồ sơ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Hồ sơ dự thầu hoặc hồ sơ đề xuất của Bên nhận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Các phụ lục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2.1.10.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Sử dụng các tài liệu, thông tin liên quan đến hợp đồng và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Sử dụng các tài liệu, thông tin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Thông tin mà Bên giao thầu hoặc Bên nhận thầu cần cung cấp cho cấp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Thông tin đã hoặc sẽ được công bố mà không phải do lỗi của Bên giao thầu hoặc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Thông tin thuộc sở hữu của một bên vào thời điểm công bố và trước đó không phải do bên kia cung cấp trực tiếp hoặc gián tiếp;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(iv) Thông tin mà một bên nhận được một cách hợp pháp từ một bên thứ ba không có nghĩa vụ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Bản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bù đắp các chi phí liên quan đến việc xây dựng các bản vẽ, thông số kỹ thuật, thiết kế, cơ sở dữ liệu, các tài liệu và phần mềm nêu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3.2.3. Bên nhận thầu phải cam kết rằng dịch vụ tư vấn mà Bên nhận thầu cung cấp cho Bên giao thầu không vi phạm quyền sở hữu trí tuệ của bất kỳ bên thứ ba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Luật áp dụng và ngôn ngữ sử dụng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Hợp đồng này chịu sự điều chỉnh của hệ thống pháp luật của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Ngôn ngữ của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xml:space="preserve">6.1. </w:t>
      </w:r>
      <w:r>
        <w:rPr>
          <w:rFonts w:ascii="Times New Roman" w:hAnsi="Times New Roman" w:eastAsia="Times New Roman" w:cs="Times New Roman"/>
          <w:b w:val="0"/>
          <w:i w:val="0"/>
          <w:color w:val="000000"/>
          <w:sz w:val="26"/>
        </w:rPr>
        <w:t xml:space="preserve">Nội dung và khối lượng công việc Bên nhận thầu thực hiện được thể hiện cụ thể trong [HSMT (hoặc </w:t>
      </w:r>
      <w:r>
        <w:rPr>
          <w:rFonts w:ascii="Times New Roman" w:hAnsi="Times New Roman" w:eastAsia="Times New Roman" w:cs="Times New Roman"/>
          <w:b w:val="0"/>
          <w:i/>
          <w:color w:val="000000"/>
          <w:sz w:val="26"/>
        </w:rPr>
        <w:t>HSYC</w:t>
      </w:r>
      <w:r>
        <w:rPr>
          <w:rFonts w:ascii="Times New Roman" w:hAnsi="Times New Roman" w:eastAsia="Times New Roman" w:cs="Times New Roman"/>
          <w:b w:val="0"/>
          <w:i w:val="0"/>
          <w:color w:val="000000"/>
          <w:sz w:val="26"/>
        </w:rPr>
        <w:t>) của Bên giao thầu] và các thỏa thuận tại các biên bản đàm phán hợp đồng giữa các bên, bao gồm nhưng không giới hạn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 Tổ chức thẩm định dự án đầu tư, báo cáo kinh tế - kỹ thuật, tổng mức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 Tổ chức thẩm tra thiết kế kỹ thuật, thiết kế bản vẽ thi công, dự toán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 Tổ chức quản lý chất lượng, khối lượng, tiến độ và quản lý chi phí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 Tổ chức đảm bảo an toàn và vệ sinh môi trường của công trình; 6.1.5. Tổ chức lập định mức, đơn giá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6.1.6. Tổ chức kiểm tra chất lượng vật liệu, kiểm định chất lượng công trình theo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6.1.7. Tổ chức kiểm tra và chứng nhận sự phù hợp về chất lượng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6.1.8. Tổ chức nghiệm thu, thanh toán, quyết toán hợp đồng; thanh toán, quyết toán vốn đầu tư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6.1.9. Tổ chức nghiệm thu, bàn giao công trình; 6.1.10. Các công việc liên quan đến công tác khởi công, khánh thành, tuyên truyền quảng cáo;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6.1.11. Tổ chức thực hiện một số công việc quản lý khác theo quy định. 6.1.12. Quản lý việc thực hiện hợp đồng xây dựng của các nhà thầu đã giao kết với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6.1.13. Xem xét, kiểm tra tiến độ do các nhà thầu lập và hiệu chỉnh, lập lại tiến độ thực hiện dự án (nếu cần thiết) nhưng phải phù hợp với tổng tiến độ (tiến độ tổng thể) và các mốc quan trọng đã được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6.1.14. Đánh giá tình trạng hiện tại của việc thực hiện dự án và nắm rõ các quy trình thực hiện dự án để lập kế hoạch quản lý và kiểm soát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6.1.15. Đánh giá các thay đổi liên quan đến thiết kế; thi công xây dựng; mua sắm vật tư, thiết bị, an toàn lao động, vệ sinh môi trường và phòng chống cháy, nổ; chạy thử, nghiệm thu và bàn giao công trình; đào tao vận hành: đề xuất cho Chủ đầu tư các biện pháp thích hợp để đảm bảo các thay đổi trên không ảnh hưởng đến an toàn, chất lượng và tiến độ thực hiện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6.1.16. Hỗ trợ Chủ đầu tư lập và xem xét, đánh giá các tiêu chí lựa chọn nhà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6.1.17. Kiểm tra, báo cáo, theo dõi việc cung cấp nhân lực, thiết bị của các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6.1.18. Theo dõi, đánh giá và báo cáo mức độ hoàn thành tiến độ của các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6.1.19. Báo cáo các khiếm khuyết, chậm trễ các công việc tiến độ thực hiện của các nhà thầu (nếu có) và yêu cầu các nhà thầu này có biện pháp khắc phục và có biện pháp xác thực nhằm hoàn thành đúng tiến độ đã cam kết với Chủ đầu tư. Căn cứ vào các biện pháp của các nhà thầu đưa ra, tư vấn phải có đánh giá và đưa ra những biện pháp theo ý kiến của chính mình nhằm hoàn thành dự án đúng kế hoạch đã đề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6.1.20. Báo cáo tiến độ (ngày, tuần, tháng hoặc đột xuất) theo yêu cầu của Chủ đầu tư, mỗi báo cáo bao gồm các nội dung chính: tình trạng tổng thể của dự án; khối lượng, chất lượng của từng công việc đã thực hiện và so sánh với kế hoạch đã đặt ra hoặc các hợp đồng đã ký; các vướng mắc và đề xuất biện pháp để xử lý;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6.1.21. Tư vấn hỗ trợ chủ đầu tư hệ thống hóa và kiểm soát tài liệu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6.1.22. Hỗ trợ Chủ đầu tư quản lý rủi ro liên quan đến dự án. 6.1.23. Hỗ trợ Chủ đầu tư kiểm tra, điều hành tiến độ và chất lượng của thiết kế theo đúng hợp đồng thiết kế xây dựng công trình đã ký.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6.1.24. Kiểm tra, báo cáo, tổng hợp các thay đổi hoặc phát sinh thiết kế trong quá trình thực hiện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6.1.25. Hỗ trợ Chủ đầu tư xem xét, kiểm tra, kiểm soát việc lập, thực hiện kế hoạch thi công;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6.1.26. Xác định những yếu tố chủ yếu tác động đến công tác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6.1.27. Các công tác chuẩn bị công trường của các nhà thầu như: thi công các công trình tạm phục vụ thi công xây dựng công trình (văn phòng công trường; kho bãi tập phục vụ thi công; hệ thống điện, nước tạm phục vụ thi công; hệ thống đường tạm, hàng rào tạm phục vụ thi công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6.1.28. Xem xét việc huy động lực lượng, máy móc thiết bị thi công của các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6.1.29. Biện pháp tổ chức thi công của nhà thầu; 6.1.30. Tiến độ thi công của các nhà thầu; 6.1.31. Quy trình kiểm soát chất lượng công trình của nhà thầu; 6.1.32. Kế hoạch cung ứng vật tư, thiết bị của các nhà thầu; 6.1.33. Các kế hoạch khác phục vụ thi công công trình; 6.1.34. Hỗ trợ Chủ đầu tư kiểm tra, giám sát, điều hành các nhà thầu, các nhà thầu tư vấn tham gia thực hiện dự án đảm bảo tiến độ, chất lượng, an toàn, vệ sinh môi trường và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6.1.35. Xem xét, kiểm tra và ghi chép nhật ký công trình; 6.1.36. Xem xét, kiểm tra các tài liệu của các nhà thầu, các nhà tư vấn khác theo hợp đồng đã ký kết với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6.1.37. Tổ chức, chủ trì các buổi họp giao ban tại công trường và tham gia các buổi họp do Chủ đầu tư chủ trì;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6.1.38. Xem xét, kiểm tra các báo cáo định kỳ (ngày, tuần, tháng) và các báo cáo khác của các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6.1.39. Thực hiện việc xem xét và đánh giá các công việc phát sinh hoặc thay đổi so với kế hoạch, tài liệu đã được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6.1.40. Giám sát và điều hành các nhà thầu thực hiện các công việc phù hợp với các mốc và các khoảng thời gian quan trọng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6.1.41. Thông báo cho Chủ đầu tư về tính đầy đủ của các công việc trước khi tiến hành nghiệm thu;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6.1.42. Lập và điều hành kế hoạch thí nghiệm, kiểm định, chạy thử, nghiệm thu cho phù hợp với tổng tiến độ;</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6.1.43. Kiểm tra kế hoạch và các điều kiện để tiến hành việc thí nghiệm, kiểm định, chạy thử, nghiệm thu và bàn giao;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6.1.44. Kiểm tra, giám sát, đôn đốc việc lập và thực hiện các biện pháp nhằm bảo đảm công tác an toàn lao động, vệ sinh môi trường và phòng chống cháy, nổ của các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6.1.45. Hỗ trợ Chủ đầu tư và người sử dụng công trình nắm và hiểu rõ cơ chế vận hành và các thao tác cần thiết liên quan đến vận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6.1.46. Kiểm tra kế hoạch đào tạo của các nhà thầu đào tạo;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6.1.47. Kiểm tra, giám sát, công tác đào tạo và hướng dẫn vận hành, chuyển giao công nghệ của các nhà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6.1.48. Một số phạm vi công việc khác theo thỏa thuận của các bên, đảm bảo phù hợp các quy định pháp luật về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xml:space="preserve">6.2. </w:t>
      </w:r>
      <w:r>
        <w:rPr>
          <w:rFonts w:ascii="Times New Roman" w:hAnsi="Times New Roman" w:eastAsia="Times New Roman" w:cs="Times New Roman"/>
          <w:b w:val="0"/>
          <w:i w:val="0"/>
          <w:color w:val="000000"/>
          <w:sz w:val="26"/>
        </w:rPr>
        <w:t>Sản phẩm của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[Bên giao thầu căn cứ quy mô, tính chất, hình thức đầu tư và điều kiện thực hiện dự án đầu tư xây dựng để quyết định thuê tư vấn quản lý dự án thực hiện một phần hoặc toàn bộ nội dung, phạm vi quản lý dự án.]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Tiến độ thực hiện hợp đồng được quy định cụ thể tại Phụ lục số... [Tiến độ thực hiện công việc] với tổng thời gian thực hiện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Tiến độ chi tiết: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Thời gian và phần công việc hoàn thành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Trong thời gian thực hiện hợp đồng, trường hợp Bên nhận thầu hoặc Bên giao thầu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giao kết Phụ lục bổ sung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Việc gia hạn thời gian thực hiện hợp đồng không được phép làm tăng giá hợp đồng nếu việc chậm trễ do lỗi của Bên nhận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Hình thức giá hợp đồng: Hợp đồng trọn gói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căn cứ quy định tại khoản 2 Điều 6 Nghị định số 210/2026/NĐ- CP để lựa chọn hình thức giá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Giá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Nội dung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Mức tạm ứng, số lần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Cách thức hoàn trả tiền tạm ứng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quy định tại [ĐKCT] Bên giao thầu tạm ứng cho Bên nhận thầu với số tiền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thời gian quy định tại [ĐKCT], kể từ ngày Bên giao thầu nhận đủ hồ sơ đề nghị thanh toán hợp lệ của Bên nhận thầu ,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Hình thức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Đồng tiền thanh toán là đồng tiền Việt Nam.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Căn cứ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Hồ sơ hợp đồng đã giao kết giữa các bên, các phụ lục hợp đồng và văn bản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Danh mục quy chuẩn, tiêu chuẩn, chỉ dẫn kỹ thuật áp dụng. 10.1.3. Các văn bản pháp lý, quy hoạch chi tiết hoặc quy hoạch phân khu (tỷ lệ 1/500 hoặc 1/2000), văn bản chấp thuận chủ trương đầu tư của dự án đã được cơ quan nhà nước có thẩm quyền ban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Văn bản yêu cầu chỉnh sửa, rà soát hồ sơ của Bên giao thầu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10.1.5. Ý kiến bằng văn bản của các cơ quan chuyên môn liên quan (như: phòng cháy chữa cháy, an toàn, vệ sinh, môi trường, quốc phòng an ninh,...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10.1.6. Thông báo kết quả thẩm tra, thẩm định thiết kế xây dựng của cơ quan chuyên môn về xây dựng hoặc cơ quan chủ trì thẩm định theo quy định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10.1.7.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Nghiệm thu sản phẩm được tiến hành theo các giai đoạn/đợt tương ứng với tiến độ và nội dung thực hiện nhiệm vụ tư vấn quy định chi tiết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Nhà thầu tư vấn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Yêu cầu Chủ đầu tư cung cấp đầy đủ, kịp thời các hồ sơ, tài liệu, số liệu, thông tin và các điều kiện cần thiết để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Yêu cầu các tổ chức, cá nhân tham gia thực hiện dự án phối hợp, cung cấp thông tin, hồ sơ, tài liệu liên quan theo phạm vi nhiệm vụ quản lý dự án được Chủ đầu tư giao.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Được quyền đưa ra các ý kiến tư vấn, kiến nghị và đề xuất các giải pháp chuyên môn nhằm bảo đảm mục tiêu về chất lượng, tiến độ, chi phí, an toàn lao động, bảo vệ môi trường và hiệu quả đầu tư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Được tham gia các cuộc họp, kiểm tra hiện trường, làm việc với các cơ quan, tổ chức và các nhà thầu có liên quan đến dự án theo nhiệm vụ được giao.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Được yêu cầu Chủ đầu tư xem xét, quyết định đối với các vấn đề vượt thẩm quyền của Nhà thầu tư vấn quản lý dự án hoặc các vấn đề có nguy cơ ảnh hưởng đến tiến độ, chất lượng, chi phí và mục tiêu đầu tư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Được quyền yêu cầu Chủ đầu tư thanh toán đúng hạn, thanh toán các khoản lãi vay do chậm thanh toán theo quy định của pháp luật về hợp đồng xây dựng và thỏa thuận trong hợp đồng; gia hạn thời gian thực hiện dịch vụ và/hoặc điều chỉnh giá hợp đồng trong trường hợp việc thực hiện dịch vụ bị ảnh hưởng bởi hành vi, chậm trễ hoặc vi phạm nghĩa vụ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Được đề nghị điều chỉnh tiến độ thực hiện hợp đồng, phạm vi công việc hoặc giá trị hợp đồng trong trường hợp có thay đổi nhiệm vụ, phạm vi công việc, sự kiện bất khả kháng hoặc các nguyên nhân khách quan khác theo quy định của hợp đồng và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11.1.8. Có quyền từ chối thực hiện các yêu cầu của Chủ đầu tư hoặc các bên liên quan nếu các yêu cầu đó trái với quy định của pháp luật, quy chuẩn, tiêu chuẩn kỹ thuật hoặc vượt phạm vi công việc theo hợp đồng; đồng thời phải có văn bản thông báo và nêu rõ lý do.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11.1.9. Được bảo lưu ý kiến chuyên môn của mình bằng văn bản đối với các quyết định của Chủ đầu tư hoặc các bên liên quan mà Nhà thầu tư vấn quản lý dự án cho rằng có thể ảnh hưởng đến chất lượng, an toàn, hiệu quả hoặc tính tuân thủ pháp luật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11.1.10. Quyền khác theo quy định của hợp đồng xây dựng và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và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 Thực hiện đầy đủ các công việc tư vấn quản lý dự án theo Hợp đồng, Hồ sơ mời thầu/Hồ sơ yêu cầu, các phụ lục kèm theo và quy định của pháp luật Việt Nam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Tổ chức quản lý, điều hành và phối hợp thực hiện dự án nhằm bảo đảm các mục tiêu về tiến độ, chất lượng, chi phí, an toàn, môi trường và hiệu quả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Lập và trình Chủ đầu tư phê duyệt kế hoạch, đề cương triển khai công việc; tổ chức thực hiện và cập nhật trong suốt quá trình thực hiện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Bố trí đầy đủ nhân sự chủ chốt và các nguồn lực cần thiết theo danh sách được Chủ đầu tư chấp thuận; việc thay thế nhân sự phải được Chủ đầu tư chấp thuận bằng văn bản, trừ trường hợp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Quản lý, giám sát, điều phối và đôn đốc các nhà thầu, nhà tư vấn và các bên liên quan thực hiện đúng phạm vi công việc, tiến độ, chất lượng, an toàn và các nghĩa vụ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Thường xuyên báo cáo, cung cấp thông tin, hồ sơ, tài liệu và kịp thời cảnh báo Chủ đầu tư về các rủi ro, vướng mắc hoặc các vấn đề có thể ảnh hưởng đến mục tiêu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Tham dự các cuộc họp, làm việc với cơ quan nhà nước và các bên liên quan; cử người có đủ thẩm quyền và năng lực để giải quyết các công việc phát sinh theo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Tuân thủ các chỉ đạo hợp pháp của Chủ đầu tư; có trách nhiệm thông báo bằng văn bản khi nhận thấy chỉ đạo có dấu hiệu trái quy định pháp luật hoặc ảnh hưởng đến chất lượng, an toàn, tiến độ hoặc hiệu quả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Quản lý chi phí đầu tư xây dựng, kiểm soát khối lượng, giá trị thanh toán, quyết toán và các thay đổi phát sinh theo quy định của pháp luật và Hợp đồng; công tác an toàn lao động, sức khỏe nghề nghiệp, phòng chống cháy nổ, bảo vệ môi trường và các yêu cầu về an ninh tại công trường theo quy định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Bảo vệ quyền và lợi ích hợp pháp của Chủ đầu tư trong phạm vi công việc được giao; không được thực hiện bất kỳ hành vi nào gây xung đột lợi ích hoặc ảnh hưởng đến tính độc lập, khách quan trong quá trình thực hiện nhiệm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Bảo mật toàn bộ thông tin, dữ liệu, hồ sơ, tài liệu liên quan đến Dự án, trừ trường hợp được Chủ đầu tư chấp thuận hoặc pháp luật có quy định khác; Lưu trữ, bàn giao đầy đủ hồ sơ quản lý dự án, hồ sơ hoàn thành công trình và hỗ trợ Chủ đầu tư trong thời gian bảo hành, quyết toán hoặc khi có yêu cầu của cơ quan có thẩm quyền theo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Chịu trách nhiệm trước Chủ đầu tư và trước pháp luật về mọi hành vi, sai sót, vi phạm của nhân sự do mình quản lý hoặc sử dụng trong quá trình thực hiện Hợp đồng; phối hợp với Chủ đầu tư trong việc giải trình, kiểm tra, thanh tra, kiểm toán, thẩm tra, quyết toán và làm việc với các cơ quan có thẩm quyền liên quan đến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Bồi thường toàn bộ thiệt hại phát sinh do lỗi, hành vi vi phạm Hợp đồng hoặc vi phạm pháp luật của mình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11.2.14. Có trách nhiệm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11.2.15. Các nghĩa vụ và trách nhiệm khác theo quy định của hợp đồng và pháp luật khác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Yêu cầu Bên nhận thầu thực hiện các công việc theo đúng phạm vi dịch vụ, tiến độ, chất lượng, đảm bảo an toàn lao động, vệ sinh môi trường, phòng chống cháy nổ và các yêu cầu khác được quy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Được quyền kiểm tra, giám sát, yêu cầu Bên nhận thầu báo cáo định kỳ hoặc đột xuất về tình hình thực hiện công việc; yêu cầu Bên nhận thầu giải trình các vấn đề liên quan đến dịch vụ tư vấn quản lý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Xem xét, chấp thuận hoặc từ chối các đề xuất, kiến nghị của Bên nhận thầu trên cơ sở tuân thủ quy định pháp luật, mục tiêu đầu tư và các điều kiện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Yêu cầu Bên nhận thầu khắc phục các sai sót, thiếu sót hoặc vi phạm nghĩa vụ hợp đồng do Bên nhận thầu gây ra; thay đổi cá nhân tư vấn không đáp ứng được yêu cầu năng lực theo quy định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12.1.5. Tạm dừng hoặc chấm dứt Hợp đồng theo các trường hợp và điều kiện được quy định tại Hợp đồng và pháp luật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Từ chối các đề xuất, kiến nghị không hợp lý hoặc không đúng với thỏa thuận trong hợp đồng của bên nhận thầu trong thời hạn theo thỏa thuận hợp đồng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Các quyền khác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và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Cung cấp cho Bên nhận thầu đầy đủ, kịp thời và chính xác các thông tin, tài liệu, dữ liệu, hồ sơ pháp lý của dự án, hồ sơ khảo sát, thiết kế, giấy phép, văn bản chấp thuận của cơ quan nhà nước có thẩm quyền, các hợp đồng đã ký với các nhà thầu và các tài liệu khác có liên quan đến phạm vi công việc của Bên nhận thầu. Chủ đầu tư chịu trách nhiệm về tính hợp pháp, tính chính xác và tính đầy đủ của các tài liệu, thông tin do mình cung cấp.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Chỉ định bằng văn bản người đại diện có thẩm quyền và bố trí nhân sự có đủ năng lực, chuyên môn để phối hợp với Bên nhận thầu trong suốt quá trình thực hiện Hợp đồng theo Phụ lục số ... [Nhân sự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Hợp tác, phối hợp và tạo mọi điều kiện hợp lý cần thiết để Bên nhận thầu thực hiện các dịch vụ theo Hợp đồng; bảo đảm Bên nhận thầu được tiếp cận hiện trường, hồ sơ, tài liệu và các bên liên quan trong phạm vi cần thiết để thực hiện nhiệm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Xem xét, phản hồi bằng văn bản đối với các đề nghị, yêu cầu, báo cáo hoặc hồ sơ trình của Bên nhận thầu trong thời hạn ... (...) ngày làm việc kể từ ngày nhận được đầy đủ hồ sơ hợp lệ. Mọi thiệt hại, chi phí phát sinh hoặc việc kéo dài thời gian thực hiện Hợp đồng do chậm phản hồi, chậm phê duyệt hoặc chậm cung cấp thông tin của Chủ đầu tư sẽ được xem xét điều chỉnh tương ứng về thời gian và/hoặc chi phí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Thanh toán đầy đủ, đúng thời hạn và đúng phương thức cho Bên nhận thầu theo các điều kiện thanh toán quy định tại Hợp đồng. Trường hợp thanh toán chậm, Chủ đầu tư có trách nhiệm thanh toán các khoản lãi chậm trả và các chi phí phát sinh khác (nếu có) theo quy định của Hợp đồng và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Chủ trì xem xét, trao đổi và thống nhất với Bên nhận thầu trước khi quyết định các vấn đề quan trọng có ảnh hưởng đến phạm vi công việc, tiến độ, chi phí, chất lượng hoặc các nghĩa vụ của Bên nhận thầu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Thực hiện các quyết định thuộc thẩm quyền của Chủ đầu tư theo quy định pháp luật về đầu tư xây dựng và chịu trách nhiệm đối với các quyết định đó. Bên nhận thầu chỉ thực hiện chức năng tư vấn, hỗ trợ quản lý và không thay thế trách nhiệm pháp lý của Chủ đầu tư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12.2.8. Tổ chức kiểm tra, đánh giá kết quả công việc và ký biên bản nghiệm thu định kỳ (hàng tháng hoặc hàng quý) đối với thời gian làm việc thực tế của chuyên gia cùng danh mục các báo cáo, hồ sơ quản lý dự án do Bên nhận thầu giao nộp.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12.2.9. Việc Chủ đầu tư tiến hành xem xét, chấp thuận, ký nghiệm thu các báo cáo định kỳ, hoặc ban hành bất kỳ văn bản phê duyệt nào dựa trên nội dung tham mưu, tờ trình của Bên nhận thầu không làm miễn trừ, thay thế hoặc giảm bớt trách nhiệm pháp lý của Bên nhận thầu đối với tính chính xác, tính hợp pháp và chất lượng kỹ thuật của dịch vụ quản lý dự án đã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Chịu trách nhiệm đối với các thiệt hại, tổn thất, chi phí phát sinh hoặc việc kéo dài thời gian thực hiện Hợp đồng phát sinh từ hành vi vi phạm nghĩa vụ của Chủ đầu tư hoặc từ các quyết định, chỉ đạo của Chủ đầu tư không phù hợp với quy định của pháp luật hoặc nội dung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Các nghĩa vụ và trách nhiệm khác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Giải quyết tranh chấp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Phương thức giải quyết tranh chấp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Thời điểm thành lập ban xử lý tranh chấp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chi trả cho các thành viên tham gia ban xử lý tranh chấp và các chi phí khác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Khi một bên khiếu nại, bên kia thì phải đưa ra các căn cứ, dẫn chứng cụ thể để làm sáng tỏ những nội dung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khiếu nại của mỗi bên phải được gửi đến đúng địa chỉ giao dịch hoặc địa chỉ trao đổi thông tin mà các bên đã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14.2.1. Khi xảy ra sự việc bất khả kháng, việc một bên không thực hiện được bất kỳ một nghĩa vụ nào của mình sẽ không bị coi là vi phạm hay phá vỡ</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14.2.5. Trong thời gian không thực hiện được dịch vụ do sự kiện bất khả kháng, theo yêu cầu của Bên giao thầu, Bên nhận thầu có nghĩa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14.2.6. Chấm dứt hợp đồng và thanh toán hợp đồng trong trường hợp bất khả kháng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Các khoản thanh toán cho bất kỳ công việc nào đã được hoàn thành theo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Chi phí cho thiết bị và vật tư được đặt hàng cho gói thầu (nếu có) đã được chuyển tới cho Bên nhận thầu. Thiết bị và vật tư này sẽ trở thành tài sản (và là rủi ro) của Bên giao thầu khi đã được Bên giao thầu thanh toán và Bên nhận thầu sẽ để cho Bên giao thầu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14.2.7.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sự kiện được coi là hoàn cảnh thay đổi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Việc sử dụng nhà thầu phụ, nhà thầu phụ do Bên giao thầu chỉ định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Bên nhận thầu phải chịu trách nhiệm trước Bên giao thầu về tiến độ, chất lượng, an toàn lao động, bảo vệ môi trường, sai sót của mình và các công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Các tình huống Bên giao thầu được chỉ định nhà thầu phụ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Bên giao thầu được thanh toán trực tiếp cho nhà thầu phụ trên cơ sở đề xuất của nhà thầu chính và các thỏa thuận trong hợp đồng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Điều chỉnh khối lượng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trường hợp được điều chỉnh khối lượng, phạm vi và trình tự, thủ tục điều chỉnh khối lượng,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chi tiết quy định tại [ĐKCT]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hình thức giá hợp đồng khác, việc sửa đổi hợp đồng thực hiện theo quy định tại Điều 22, 23, 24,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tham gia hợp đồng nghiên cứu các quy định có liên quan và các hướng dẫn cụ thể tại Mẫu hợp đồng này để điều chỉnh các nội dung trong hợp đồng cho phù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và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Thay đổi pháp luật ảnh hưởng trực tiếp đến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tại Điều ... (nếu các bên có thỏa thuận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Bên giao thầu có thể thuê các Bên nhận thầu khác thực hiện tiếp công việc tư vấn. Bên giao thầu và các Bên nhận thầu này có thể sử dụng bất cứ tài liệu nào đã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18.2.3.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18.2.5. Thanh toán khi chấm dứt hợp đồng: Việc thanh toán thực hiện theo Điều [Giá hợp đồng, tạm ứng, thanh toán] cho các công việc đã thực hiện trước ngày chấm dứt có hiệu lực (bao gồm chi phí chuyên gia, chi phí mua sắm thiết bị, các chi phí khác,...).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nhận thầu có trách nhiệm lập hồ sơ quyết toán hợp đồng theo loại hợp đồng các bên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Hồ sơ quyết toán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Sản phẩm của hợp đồng theo quy định tại Điều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Việc thanh lý hợp đồng phải được hoàn tất trong thời hạn ... ngày kể từ ngày các bên hoàn thành các nghĩa vụ theo hợp đồng hoặc bị chấm dứt theo Điều [Tạm dừng và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cam kết thực hiện một cách trung thực, công bằng và đảm bảo để thực hiện theo mục tiêu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có hiệu lực kể từ thời điểm quy định tại [ĐKCT]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thời gian hiệu lực của hợp đồng khác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trang, số lượng phụ lục, số bản được thành lập, ngôn ngữ hợp đồng, giá trị pháp lý, số bản Bên giao thầu sẽ giữ, số bản Bên nhận thầu sẽ giữ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PHẦN 4.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là ____</w:t>
      </w:r>
      <w:r>
        <w:rPr>
          <w:rFonts w:ascii="Times New Roman" w:hAnsi="Times New Roman" w:eastAsia="Times New Roman" w:cs="Times New Roman"/>
          <w:b w:val="0"/>
          <w:i/>
          <w:color w:val="000000"/>
          <w:sz w:val="26"/>
        </w:rPr>
        <w:t>[Ghi cụ thứ tự ưu tiên áp dụng các tài liệu trong hồ sơ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khối lượng công việc và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Sản phẩm của hợp đồng gồm ____</w:t>
      </w:r>
      <w:r>
        <w:rPr>
          <w:rFonts w:ascii="Times New Roman" w:hAnsi="Times New Roman" w:eastAsia="Times New Roman" w:cs="Times New Roman"/>
          <w:b w:val="0"/>
          <w:i/>
          <w:color w:val="000000"/>
          <w:sz w:val="26"/>
        </w:rPr>
        <w:t>[Ghi cụ thể các sản phẩm mà Bên nhận thầu phải thực hiện và nộp cho Bên giao thầu]</w:t>
      </w:r>
      <w:r>
        <w:rPr>
          <w:rFonts w:ascii="Times New Roman" w:hAnsi="Times New Roman" w:eastAsia="Times New Roman" w:cs="Times New Roman"/>
          <w:b w:val="0"/>
          <w:i w:val="0"/>
          <w:color w:val="000000"/>
          <w:sz w:val="26"/>
        </w:rPr>
        <w:t>, bao gồm nhưng không giới hạn hồ sơ về quản lý tiến độ, quản lý chi phí, quản lý chất lượng công trình, quản lý hợp đồng xây dựng, quản lý an toàn lao động và các báo cáo theo quy định.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số lượng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Số lượng hồ sơ sản phẩm tư vấn xây dựng của hợp đồng là ____</w:t>
      </w:r>
      <w:r>
        <w:rPr>
          <w:rFonts w:ascii="Times New Roman" w:hAnsi="Times New Roman" w:eastAsia="Times New Roman" w:cs="Times New Roman"/>
          <w:b w:val="0"/>
          <w:i/>
          <w:color w:val="000000"/>
          <w:sz w:val="26"/>
        </w:rPr>
        <w:t>[Ghi cụ thể số lượng là bao nhiêu bộ].</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Thời gian thực hiện các công việc của hợp đồng là </w:t>
      </w:r>
      <w:r>
        <w:rPr>
          <w:rFonts w:ascii="Times New Roman" w:hAnsi="Times New Roman" w:eastAsia="Times New Roman" w:cs="Times New Roman"/>
          <w:b w:val="0"/>
          <w:i/>
          <w:color w:val="000000"/>
          <w:sz w:val="26"/>
        </w:rPr>
        <w:t>___[Ghi cụ thể bao nhiêu ngày, kể từ ngày hợp đồng này có hiệu lực].</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Giá hợp đồng được xác định với số tiền: </w:t>
      </w:r>
      <w:r>
        <w:rPr>
          <w:rFonts w:ascii="Times New Roman" w:hAnsi="Times New Roman" w:eastAsia="Times New Roman" w:cs="Times New Roman"/>
          <w:b w:val="0"/>
          <w:i/>
          <w:color w:val="000000"/>
          <w:sz w:val="26"/>
        </w:rPr>
        <w:t>[Ghi cụ thể tổng số tiền, số tiền bằng chữ].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Mức tạm ứng, số lần tạm ứng </w:t>
      </w:r>
      <w:r>
        <w:rPr>
          <w:rFonts w:ascii="Times New Roman" w:hAnsi="Times New Roman" w:eastAsia="Times New Roman" w:cs="Times New Roman"/>
          <w:b w:val="0"/>
          <w:i/>
          <w:color w:val="000000"/>
          <w:sz w:val="26"/>
        </w:rPr>
        <w:t>[Ghi cụ thể mức tạm ứng, số lần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Cách thức hoàn trả tiền tạm ứng </w:t>
      </w:r>
      <w:r>
        <w:rPr>
          <w:rFonts w:ascii="Times New Roman" w:hAnsi="Times New Roman" w:eastAsia="Times New Roman" w:cs="Times New Roman"/>
          <w:b w:val="0"/>
          <w:i/>
          <w:color w:val="000000"/>
          <w:sz w:val="26"/>
        </w:rPr>
        <w:t>[Ghi cụ thể tiền tạm ứng được thu hồi hết khi giá trị thanh toán thực tế đạt ... %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hạn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Bên giao thầu tạm ứng cho Bên nhận thầu với số tiền</w:t>
      </w:r>
      <w:r>
        <w:rPr>
          <w:rFonts w:ascii="Times New Roman" w:hAnsi="Times New Roman" w:eastAsia="Times New Roman" w:cs="Times New Roman"/>
          <w:b w:val="0"/>
          <w:i/>
          <w:color w:val="000000"/>
          <w:sz w:val="26"/>
        </w:rPr>
        <w:t xml:space="preserve"> [Ghi cụ thể số tiền tạm ứng].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tư vấn: 15% giá hợp đồng đối với hợp đồng có giá trị trên 10 tỷ đồng; 20% giá hợp đồng đối với các hợp đồng có giá trị đến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Bên nhận thầu phải nộp cho Bên giao thầu bảo lãnh tạm ứng hợp đồng tương ứng với giá trị, loại tiền tạm ứng và trong khoảng thời gian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xml:space="preserve"> kể từ ngày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(iii) Trong khoảng thời gian là 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Hình thức thanh toán </w:t>
      </w:r>
      <w:r>
        <w:rPr>
          <w:rFonts w:ascii="Times New Roman" w:hAnsi="Times New Roman" w:eastAsia="Times New Roman" w:cs="Times New Roman"/>
          <w:b w:val="0"/>
          <w:i/>
          <w:color w:val="000000"/>
          <w:sz w:val="26"/>
        </w:rPr>
        <w:t>[Ghi cụ thể hình thức thanh toán bằng chuyển khoản hoặc bằng hình thức khác do các bên tự thỏa thuận phù hợp với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Nghiệm thu sản phẩm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10.2.1. Nghiệm thu sản phẩm được tiến hành___lần </w:t>
      </w:r>
      <w:r>
        <w:rPr>
          <w:rFonts w:ascii="Times New Roman" w:hAnsi="Times New Roman" w:eastAsia="Times New Roman" w:cs="Times New Roman"/>
          <w:b w:val="0"/>
          <w:i/>
          <w:color w:val="000000"/>
          <w:sz w:val="26"/>
        </w:rPr>
        <w:t>[Ghi rõ số lần tiến hành nghiệm thu sản phẩm và cụ thể công việc phải nghiệm thu của từng lần nghiệm thu sản phẩm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1: </w:t>
      </w:r>
      <w:r>
        <w:rPr>
          <w:rFonts w:ascii="Times New Roman" w:hAnsi="Times New Roman" w:eastAsia="Times New Roman" w:cs="Times New Roman"/>
          <w:b w:val="0"/>
          <w:i/>
          <w:color w:val="000000"/>
          <w:sz w:val="26"/>
        </w:rPr>
        <w:t>[Ghi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Lần 2: </w:t>
      </w:r>
      <w:r>
        <w:rPr>
          <w:rFonts w:ascii="Times New Roman" w:hAnsi="Times New Roman" w:eastAsia="Times New Roman" w:cs="Times New Roman"/>
          <w:b w:val="0"/>
          <w:i/>
          <w:color w:val="000000"/>
          <w:sz w:val="26"/>
        </w:rPr>
        <w:t>[Ghi cụ thể công việc phải nghiệm thu của lần nghiệm thu này].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Lần cuối: Sau khi nhận đầy đủ hồ sơ, tài liệu, sản phẩm tư vấn được phê duyệt.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 Phương thức giải quyết tranh chấp hợp đồng </w:t>
      </w:r>
      <w:r>
        <w:rPr>
          <w:rFonts w:ascii="Times New Roman" w:hAnsi="Times New Roman" w:eastAsia="Times New Roman" w:cs="Times New Roman"/>
          <w:b w:val="0"/>
          <w:i/>
          <w:color w:val="000000"/>
          <w:sz w:val="26"/>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Việc áp dụng mô hình giải quyết tranh chấp theo thông lệ quốc tế (gọi tắt là mô hình ban xử lý tranh chấp)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Thời điểm thành lập ban xử lý tranh chấp </w:t>
      </w:r>
      <w:r>
        <w:rPr>
          <w:rFonts w:ascii="Times New Roman" w:hAnsi="Times New Roman" w:eastAsia="Times New Roman" w:cs="Times New Roman"/>
          <w:b w:val="0"/>
          <w:i/>
          <w:color w:val="000000"/>
          <w:sz w:val="26"/>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Chi phí chi trả cho các thành viên tham gia ban xử lý tranh chấp và các chi phí khác có liên quan </w:t>
      </w:r>
      <w:r>
        <w:rPr>
          <w:rFonts w:ascii="Times New Roman" w:hAnsi="Times New Roman" w:eastAsia="Times New Roman" w:cs="Times New Roman"/>
          <w:b w:val="0"/>
          <w:i/>
          <w:color w:val="000000"/>
          <w:sz w:val="26"/>
        </w:rPr>
        <w:t>[Ghi cụ thể chi phí mỗi bên phải chi trả</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13.2.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13.2.4. Thời gian trả lời khiếu nại, văn bản trả lời khiếu nại, trường hợp không chấp thuận trả lời khiếu nại ___[</w:t>
      </w:r>
      <w:r>
        <w:rPr>
          <w:rFonts w:ascii="Times New Roman" w:hAnsi="Times New Roman" w:eastAsia="Times New Roman" w:cs="Times New Roman"/>
          <w:b w:val="0"/>
          <w:i/>
          <w:color w:val="000000"/>
          <w:sz w:val="26"/>
        </w:rPr>
        <w:t>Ghi cụ thể thời gian trả lời khiếu nại, chấp thuận hoặc không chấp thuận nội dung khiếu nại, lý do</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Hoàn cảnh thay đổi cơ bản trong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14.3.1. Các sự kiện được coi là hoàn cảnh thay đổi </w:t>
      </w:r>
      <w:r>
        <w:rPr>
          <w:rFonts w:ascii="Times New Roman" w:hAnsi="Times New Roman" w:eastAsia="Times New Roman" w:cs="Times New Roman"/>
          <w:b w:val="0"/>
          <w:i/>
          <w:color w:val="000000"/>
          <w:sz w:val="26"/>
        </w:rPr>
        <w:t>[Ghi cụ thể các trường hợp hoàn cảnh thay đổi cơ bản do các bên thỏa thuận phù hợp với các tiêu chí của Bộ Luật Dân sự]</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14.3.2. Thông báo về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eastAsia="Times New Roman" w:cs="Times New Roman"/>
          <w:b w:val="0"/>
          <w:i/>
          <w:color w:val="000000"/>
          <w:sz w:val="26"/>
        </w:rPr>
        <w:t>[Ghi cụ thể đồng ý hoặc không đồng ý hoặc ý kiến khác trong thời hạn là___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Việc sử dụng nhà thầu phụ, nhà thầu phụ do Bên giao thầu chỉ định: </w:t>
      </w:r>
      <w:r>
        <w:rPr>
          <w:rFonts w:ascii="Times New Roman" w:hAnsi="Times New Roman" w:eastAsia="Times New Roman" w:cs="Times New Roman"/>
          <w:b w:val="0"/>
          <w:i/>
          <w:color w:val="000000"/>
          <w:sz w:val="26"/>
        </w:rPr>
        <w:t>[Ghi cụ thể việc sử dụng nhà thầu phụ, nhà thầu phụ do Bên giao thầu chỉ định trên cơ sở quy định tại Điều 19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15.3. Các tình huống Bên giao thầu được chỉ định nhà thầu phụ: </w:t>
      </w:r>
      <w:r>
        <w:rPr>
          <w:rFonts w:ascii="Times New Roman" w:hAnsi="Times New Roman" w:eastAsia="Times New Roman" w:cs="Times New Roman"/>
          <w:b w:val="0"/>
          <w:i/>
          <w:color w:val="000000"/>
          <w:sz w:val="26"/>
        </w:rPr>
        <w:t>[Ghi cụ thể các tình huống Bên giao thầu được chỉ định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Việc sử dụng các vật tư, thiết bị tạm nhập tái xuất: [</w:t>
      </w:r>
      <w:r>
        <w:rPr>
          <w:rFonts w:ascii="Times New Roman" w:hAnsi="Times New Roman" w:eastAsia="Times New Roman" w:cs="Times New Roman"/>
          <w:b w:val="0"/>
          <w:i/>
          <w:color w:val="000000"/>
          <w:sz w:val="26"/>
        </w:rPr>
        <w:t xml:space="preserve">Ghi cụ thể </w:t>
      </w:r>
      <w:r>
        <w:rPr>
          <w:rFonts w:ascii="Times New Roman" w:hAnsi="Times New Roman" w:eastAsia="Times New Roman" w:cs="Times New Roman"/>
          <w:b w:val="0"/>
          <w:i w:val="0"/>
          <w:color w:val="000000"/>
          <w:sz w:val="26"/>
        </w:rPr>
        <w:t xml:space="preserve">việc sử dụng các vật tư, thiết bị tạm nhập tái xuất theo nguyên tắc quy định tại </w:t>
      </w:r>
      <w:r>
        <w:rPr>
          <w:rFonts w:ascii="Times New Roman" w:hAnsi="Times New Roman" w:eastAsia="Times New Roman" w:cs="Times New Roman"/>
          <w:b w:val="0"/>
          <w:i/>
          <w:color w:val="000000"/>
          <w:sz w:val="26"/>
        </w:rPr>
        <w:t>Điều 19 Nghị định số 210/2026/NĐ-CP</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15.5. Bên giao thầu được thanh toán trực tiếp cho nhà thầu phụ trên cơ sở đề xuất của nhà thầu chính và các thỏa thuận trong hợp đồng: [</w:t>
      </w:r>
      <w:r>
        <w:rPr>
          <w:rFonts w:ascii="Times New Roman" w:hAnsi="Times New Roman" w:eastAsia="Times New Roman" w:cs="Times New Roman"/>
          <w:b w:val="0"/>
          <w:i/>
          <w:color w:val="000000"/>
          <w:sz w:val="26"/>
        </w:rPr>
        <w:t>Ghi cụ thể được hay không được</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16.3. Bên nhận thầu phải gửi văn bản thông báo cho Bên giao thầu trong vòng là ___ </w:t>
      </w:r>
      <w:r>
        <w:rPr>
          <w:rFonts w:ascii="Times New Roman" w:hAnsi="Times New Roman" w:eastAsia="Times New Roman" w:cs="Times New Roman"/>
          <w:b w:val="0"/>
          <w:i/>
          <w:color w:val="000000"/>
          <w:sz w:val="26"/>
        </w:rPr>
        <w:t>[Ghi cụ thể là bao nhiêu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Nội dung, phạm vi và các trường hợp được sửa đổi hợp đồng; quy trình, thủ tục sửa đổi hợp đồng [</w:t>
      </w:r>
      <w:r>
        <w:rPr>
          <w:rFonts w:ascii="Times New Roman" w:hAnsi="Times New Roman" w:eastAsia="Times New Roman" w:cs="Times New Roman"/>
          <w:b w:val="0"/>
          <w:i/>
          <w:color w:val="000000"/>
          <w:sz w:val="26"/>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Các trường hợp được điều chỉnh khối lượng, phạm vi và trình tự, thủ tục điều chỉnh khối lượng: [</w:t>
      </w:r>
      <w:r>
        <w:rPr>
          <w:rFonts w:ascii="Times New Roman" w:hAnsi="Times New Roman" w:eastAsia="Times New Roman" w:cs="Times New Roman"/>
          <w:b w:val="0"/>
          <w:i/>
          <w:color w:val="000000"/>
          <w:sz w:val="26"/>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Điều chỉnh tiến độ,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ascii="Times New Roman" w:hAnsi="Times New Roman" w:eastAsia="Times New Roman" w:cs="Times New Roman"/>
          <w:b w:val="0"/>
          <w:i/>
          <w:color w:val="000000"/>
          <w:sz w:val="26"/>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Trường hợp điều chỉnh thời gian hoặc tiến độ thực hiện và thời hạn hoàn thành các công việc, sản phẩm cụ thể của hợp đồng</w:t>
      </w:r>
      <w:r>
        <w:rPr>
          <w:rFonts w:ascii="Times New Roman" w:hAnsi="Times New Roman" w:eastAsia="Times New Roman" w:cs="Times New Roman"/>
          <w:b w:val="0"/>
          <w:i/>
          <w:color w:val="000000"/>
          <w:sz w:val="26"/>
        </w:rPr>
        <w:t xml:space="preserve"> [Ghi cụ thể thỏa thuận của các bên về các trường hợp điều chỉnh thời gian hoặc tiến độ thực hiện và thời hạn hoàn thành các công việc, sản phẩm cụ thể của hợp đồng]</w:t>
      </w:r>
      <w:r>
        <w:rPr>
          <w:rFonts w:ascii="Times New Roman" w:hAnsi="Times New Roman" w:eastAsia="Times New Roman" w:cs="Times New Roman"/>
          <w:b w:val="0"/>
          <w:i w:val="0"/>
          <w:color w:val="000000"/>
          <w:sz w:val="26"/>
        </w:rPr>
        <w:t>, đồng thời dẫn đến vượt thời gian thực hiện dự án thì Bên giao thầu phải báo cáo người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đầu tư xem xét, quyết định điều chỉnh thời gian thực hiện dự án trước khi điều chỉnh thời gian,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Hợp đồng này có hiệu lực kể từ thời điểm </w:t>
      </w:r>
      <w:r>
        <w:rPr>
          <w:rFonts w:ascii="Times New Roman" w:hAnsi="Times New Roman" w:eastAsia="Times New Roman" w:cs="Times New Roman"/>
          <w:b w:val="0"/>
          <w:i/>
          <w:color w:val="000000"/>
          <w:sz w:val="26"/>
        </w:rPr>
        <w:t>[Ghi cụ thể ngày... tháng... năm... có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Hợp đồng này bao gồm ___ trang</w:t>
      </w:r>
      <w:r>
        <w:rPr>
          <w:rFonts w:ascii="Times New Roman" w:hAnsi="Times New Roman" w:eastAsia="Times New Roman" w:cs="Times New Roman"/>
          <w:b w:val="0"/>
          <w:i/>
          <w:color w:val="000000"/>
          <w:sz w:val="26"/>
        </w:rPr>
        <w:t xml:space="preserve"> [Ghi cụ thể số lượng trang của hợp đồng]</w:t>
      </w:r>
      <w:r>
        <w:rPr>
          <w:rFonts w:ascii="Times New Roman" w:hAnsi="Times New Roman" w:eastAsia="Times New Roman" w:cs="Times New Roman"/>
          <w:b w:val="0"/>
          <w:i w:val="0"/>
          <w:color w:val="000000"/>
          <w:sz w:val="26"/>
        </w:rPr>
        <w:t xml:space="preserve">, và ___ Phụ lục </w:t>
      </w:r>
      <w:r>
        <w:rPr>
          <w:rFonts w:ascii="Times New Roman" w:hAnsi="Times New Roman" w:eastAsia="Times New Roman" w:cs="Times New Roman"/>
          <w:b w:val="0"/>
          <w:i/>
          <w:color w:val="000000"/>
          <w:sz w:val="26"/>
        </w:rPr>
        <w:t>[Ghi cụ thể số lượng Phụ lục của hợp đồng]</w:t>
      </w:r>
      <w:r>
        <w:rPr>
          <w:rFonts w:ascii="Times New Roman" w:hAnsi="Times New Roman" w:eastAsia="Times New Roman" w:cs="Times New Roman"/>
          <w:b w:val="0"/>
          <w:i w:val="0"/>
          <w:color w:val="000000"/>
          <w:sz w:val="26"/>
        </w:rPr>
        <w:t xml:space="preserve"> được lập thành___bản </w:t>
      </w:r>
      <w:r>
        <w:rPr>
          <w:rFonts w:ascii="Times New Roman" w:hAnsi="Times New Roman" w:eastAsia="Times New Roman" w:cs="Times New Roman"/>
          <w:b w:val="0"/>
          <w:i/>
          <w:color w:val="000000"/>
          <w:sz w:val="26"/>
        </w:rPr>
        <w:t>[Ghi cụ thể số lượng bản hợp đồng được phát hành]</w:t>
      </w:r>
      <w:r>
        <w:rPr>
          <w:rFonts w:ascii="Times New Roman" w:hAnsi="Times New Roman" w:eastAsia="Times New Roman" w:cs="Times New Roman"/>
          <w:b w:val="0"/>
          <w:i w:val="0"/>
          <w:color w:val="000000"/>
          <w:sz w:val="26"/>
        </w:rPr>
        <w:t xml:space="preserve"> bằng tiếng Việt </w:t>
      </w:r>
      <w:r>
        <w:rPr>
          <w:rFonts w:ascii="Times New Roman" w:hAnsi="Times New Roman" w:eastAsia="Times New Roman" w:cs="Times New Roman"/>
          <w:b w:val="0"/>
          <w:i/>
          <w:color w:val="000000"/>
          <w:sz w:val="26"/>
        </w:rPr>
        <w:t>(hoặc ngôn ngữ khác hoặc song ngữ nếu có)</w:t>
      </w:r>
      <w:r>
        <w:rPr>
          <w:rFonts w:ascii="Times New Roman" w:hAnsi="Times New Roman" w:eastAsia="Times New Roman" w:cs="Times New Roman"/>
          <w:b w:val="0"/>
          <w:i w:val="0"/>
          <w:color w:val="000000"/>
          <w:sz w:val="26"/>
        </w:rPr>
        <w:t xml:space="preserve"> có giá trị pháp lý như nhau. Bên giao thầu sẽ giữ ___bản </w:t>
      </w:r>
      <w:r>
        <w:rPr>
          <w:rFonts w:ascii="Times New Roman" w:hAnsi="Times New Roman" w:eastAsia="Times New Roman" w:cs="Times New Roman"/>
          <w:b w:val="0"/>
          <w:i/>
          <w:color w:val="000000"/>
          <w:sz w:val="26"/>
        </w:rPr>
        <w:t>[Ghi cụ thể số lượng bản Bên giao thầu giữ]</w:t>
      </w:r>
      <w:r>
        <w:rPr>
          <w:rFonts w:ascii="Times New Roman" w:hAnsi="Times New Roman" w:eastAsia="Times New Roman" w:cs="Times New Roman"/>
          <w:b w:val="0"/>
          <w:i w:val="0"/>
          <w:color w:val="000000"/>
          <w:sz w:val="26"/>
        </w:rPr>
        <w:t xml:space="preserve">, Bên nhận thầu sẽ giữ___bản </w:t>
      </w:r>
      <w:r>
        <w:rPr>
          <w:rFonts w:ascii="Times New Roman" w:hAnsi="Times New Roman" w:eastAsia="Times New Roman" w:cs="Times New Roman"/>
          <w:b w:val="0"/>
          <w:i/>
          <w:color w:val="000000"/>
          <w:sz w:val="26"/>
        </w:rPr>
        <w:t>[Ghi cụ thể số lượng bản Bên nhận thầu giữ]</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(Ghi tên, chức danh, ký tên, đóng dấu)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(Ghi tên, chức danh, ký tên, đóng dấu)</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III – Hợp đồng tư vấn quản lý dự án</dc:title>
  <dc:subject>Phụ lục III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