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IV</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TƯ VẤN GIÁM SÁT THI CÔNG XÂY DỰNG</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XÂY DỰNG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Tư vấn giám sát thi công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 )</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CHỮ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Sử dụng các tài liệu, thông tin liên quan đến hợp đồng và bản quyền ...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Luật áp dụng và ngôn ngữ sử dụng trong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nghĩa vụ và trách nhiệm của Bên nhận thầu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nghĩa vụ và trách nhiệm của Bên giao thầu ............................. 16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và chấm dứt hợp đồng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Quyết toán và thanh lý hợp đồng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24</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ĐIỀU KIỆN CỤ THỂ CỦA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27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30</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DANH MỤC CÁC CHỮ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chung</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ĐKCT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bl>
    <w:p>
      <w:pPr>
        <w:keepNext/>
        <w:widowControl/>
        <w:spacing w:after="120" w:before="80" w:line="276" w:lineRule="auto"/>
        <w:ind w:firstLine="0"/>
        <w:jc w:val="both"/>
      </w:pPr>
      <w:r>
        <w:rPr>
          <w:rFonts w:ascii="Times New Roman" w:hAnsi="Times New Roman" w:eastAsia="Times New Roman" w:cs="Times New Roman"/>
          <w:b/>
          <w:i w:val="0"/>
          <w:color w:val="000000"/>
          <w:sz w:val="26"/>
        </w:rPr>
        <w:t>PHẦN 1. THÔNG TIN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tư vấn giám sát thi công xây dựng (số,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án/công trình </w:t>
      </w:r>
      <w:r>
        <w:rPr>
          <w:rFonts w:ascii="Times New Roman" w:hAnsi="Times New Roman" w:eastAsia="Times New Roman" w:cs="Times New Roman"/>
          <w:b w:val="0"/>
          <w:i/>
          <w:color w:val="000000"/>
          <w:sz w:val="26"/>
        </w:rPr>
        <w:t>(tên dự án/công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 Căn cứ Luật Xây dựng số 135/2025/QH15 ngày 10 tháng 12 năm 2025; 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212/2026/NĐ-CP ngày 17 tháng 6 năm 2026 của Chính phủ quy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quy định pháp luật, văn bản liên quan khác1.</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lựa chọn áp dụng toàn bộ hoặc một phần các căn cứ pháp luật nêu trên và bổ sung các văn bản pháp lý khác có liên quan để thực hiện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 Như: Biên bản thương thảo hợp đồng; dự thảo hợp đồng (nếu có); ….</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Bên giao thầu là </w:t>
      </w:r>
      <w:r>
        <w:rPr>
          <w:rFonts w:ascii="Times New Roman" w:hAnsi="Times New Roman" w:eastAsia="Times New Roman" w:cs="Times New Roman"/>
          <w:b w:val="0"/>
          <w:i/>
          <w:color w:val="000000"/>
          <w:sz w:val="26"/>
        </w:rPr>
        <w:t>... (tên giao dịch của Bên giao thầu)</w:t>
      </w:r>
      <w:r>
        <w:rPr>
          <w:rFonts w:ascii="Times New Roman" w:hAnsi="Times New Roman" w:eastAsia="Times New Roman" w:cs="Times New Roman"/>
          <w:b w:val="0"/>
          <w:i w:val="0"/>
          <w:color w:val="000000"/>
          <w:sz w:val="26"/>
        </w:rPr>
        <w:t xml:space="preserve">. 1.2. Bên nhận thầu là ...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xml:space="preserve">. 1.3. Bên là Bên giao thầu hoặc Bên nhận thầu tùy theo hoàn cảnh cụ thể. 1.4. Công trình là ... </w:t>
      </w:r>
      <w:r>
        <w:rPr>
          <w:rFonts w:ascii="Times New Roman" w:hAnsi="Times New Roman" w:eastAsia="Times New Roman" w:cs="Times New Roman"/>
          <w:b w:val="0"/>
          <w:i/>
          <w:color w:val="000000"/>
          <w:sz w:val="26"/>
        </w:rPr>
        <w:t>(tên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Dự án là dự án ... </w:t>
      </w:r>
      <w:r>
        <w:rPr>
          <w:rFonts w:ascii="Times New Roman" w:hAnsi="Times New Roman" w:eastAsia="Times New Roman" w:cs="Times New Roman"/>
          <w:b w:val="0"/>
          <w:i/>
          <w:color w:val="000000"/>
          <w:sz w:val="26"/>
        </w:rPr>
        <w:t>(tên dự án hoặc dự án có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Đại diện Bên giao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Đại diện Bên nhận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Địa điểm dự án là địa điểm được nêu tại HSMT hoặc HSYC (nếu có)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 Đơn dự thầu (nếu có) là đề xuất của Bên nhận thầu có ghi giá dự thầu để thực hiện công việc theo đúng các yêu cầu của HSMT hoặc HSYC.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Gói thầu là ... </w:t>
      </w:r>
      <w:r>
        <w:rPr>
          <w:rFonts w:ascii="Times New Roman" w:hAnsi="Times New Roman" w:eastAsia="Times New Roman" w:cs="Times New Roman"/>
          <w:b w:val="0"/>
          <w:i/>
          <w:color w:val="000000"/>
          <w:sz w:val="26"/>
        </w:rPr>
        <w:t>(tên gói thầu mà Bên nhận thầu thực hiện công việc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Giá hợp đồng là giá trị ghi trong hợp đồng giữa Bên giao thầu và Bên nhận thầu. Giá hợp đồng theo quy định tại Điều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Hoàn thành là việc Bên nhận thầu hoàn tất toàn bộ công việc theo các điều khoản và điều kiện quy định tại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Hợp đồng là thỏa thuận giữa Bên giao thầu và Bên nhận thầu, thể hiện bằng văn bản, được giao kết giữa hai bên, bao gồm cả phụ lục và các tài liệu hợp đồng kèm theo;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HSDT hoặc HSĐX (nếu có) của Bên nhận thầu là toàn bộ tài liệu theo quy định tại Phụ lục số ... [HSDT hoặc HSĐX (nếu có)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HSMT hoặc HSYC (nếu có) của Bên giao thầu là toàn bộ tài liệu theo quy định tại Phụ lục số ... [HSMT hoặc HSYC (nếu có)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Luật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1.18.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1.19. Ngày làm việc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1.20. Nhà thầu phụ là nhà thầu theo quy định tại Điều 19 Nghị định số 210/2026/NĐ-CP. 1.21. Tài liệu hợp đồng là các tài liệu được liệt kê trong Hợp đồng theo quy định tại Điều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Thời điểm hợp đồng có hiệu lực là thời điểm được quy định tại [ĐKCT</w:t>
      </w:r>
      <w:r>
        <w:rPr>
          <w:rFonts w:ascii="Times New Roman" w:hAnsi="Times New Roman" w:eastAsia="Times New Roman" w:cs="Times New Roman"/>
          <w:b/>
          <w:i w:val="0"/>
          <w:color w:val="000000"/>
          <w:sz w:val="26"/>
        </w:rPr>
        <w:t>]</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làm rõ, thống nhất việc giải thích từ ngữ, đảm bảo phù hợp với các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Văn bản thông báo trúng thầu hoặc chỉ định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Điều kiện cụ thể của hợp đồng xây dựng, điều khoản tham chiếu đối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Hồ sơ mời thầu hoặc hồ sơ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Hồ sơ dự thầu hoặc hồ sơ đề xuất của Bên nhận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Các phụ lục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2.1.10.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Sử dụng các tài liệu, thông tin liên quan đến hợp đồng và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Sử dụng các tài liệu, thông tin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Thông tin mà Bên giao thầu hoặc Bên nhận thầu cần cung cấp cho cấp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Thông tin đã hoặc sẽ được công bố mà không phải do lỗi của Bên giao thầu hoặc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Thông tin thuộc sở hữu của một bên vào thời điểm công bố và trước đó không phải do bên kia cung cấp trực tiếp hoặc gián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(iv) Thông tin mà một bên nhận được một cách hợp pháp từ một bên thứ ba không có nghĩa vụ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3.2.3.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yêu cầu bù đắp các chi phí liên quan đến việc xây dựng các bản vẽ, thông số kỹ thuật, thiết kế, cơ sở dữ liệu, các tài liệu và phần mềm nêu trên.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Luật áp dụng và ngôn ngữ sử dụng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Hợp đồng này chịu sự điều chỉnh của hệ thống pháp luật của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Ngôn ngữ của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6.1. Nội dung và khối lượng công việc Bên nhận thầu thực hiện được thể hiện cụ thể trong [HSMT (hoặc </w:t>
      </w:r>
      <w:r>
        <w:rPr>
          <w:rFonts w:ascii="Times New Roman" w:hAnsi="Times New Roman" w:eastAsia="Times New Roman" w:cs="Times New Roman"/>
          <w:b w:val="0"/>
          <w:i/>
          <w:color w:val="000000"/>
          <w:sz w:val="26"/>
        </w:rPr>
        <w:t>HSYC</w:t>
      </w:r>
      <w:r>
        <w:rPr>
          <w:rFonts w:ascii="Times New Roman" w:hAnsi="Times New Roman" w:eastAsia="Times New Roman" w:cs="Times New Roman"/>
          <w:b w:val="0"/>
          <w:i w:val="0"/>
          <w:color w:val="000000"/>
          <w:sz w:val="26"/>
        </w:rPr>
        <w:t>) của Bên giao thầu] và các thỏa thuận tại các biên bản đàm phán hợp đồng giữa các bên, bao gồm nhưng không giới hạn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 Nghiên cứu các hồ sơ, tài liệu công trình/dự án phục vụ công tác giám sát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 Khảo sát hiện trường; 6.1.3. Kiểm tra sự phù hợp năng lực của nhà thầu thi công xây dựng công trình so với hồ sơ dự thầu và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 Xem xét và chấp thuận các nội dung về lập, trình Bên giao thầu chấp thuận do nhà thầu trình và yêu cầu nhà thầu thi công chỉnh sửa các nội dung trong quá trình thi công xây dựng công trình cho phù hợp với thực tế và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6.1.5. Kiểm tra việc tổ chức thi công xây dựng công trình của nhà thầu thi công xây dựng so với biện pháp thi công xây dựng, biện pháp bảo đảm an toàn trong thi công xây dựng đã được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6.1.6. Kiểm tra và chấp thuận vật liệu, cấu kiện, sản phẩm xây dựng, thiết bị sử dụng cho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6.1.7. Kiểm tra, đôn đốc nhà thầu thi công xây dựng công trình và các nhà thầu khác thực hiện công việc xây dựng tại hiện trường theo yêu cầu của thiết kế xây dựng và tiến độ thi công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6.1.8. Giám sát việc thực hiện các quy định về quản lý an toàn trong thi công xây dựng công trình; giám sát các biện pháp đảm bảo an toàn đối với công trình lân cận, công tác quan trắc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6.1.9. Đề nghị Bên giao thầu tổ chức điều chỉnh thiết kế khi phát hiện sai sót, bất hợp lý về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6.1.10. Yêu cầu nhà thầu tạm dừng thi công khi xét thấy chất lượng thi công xây dựng không đảm bảo yêu cầu kỹ thuật, biện pháp thi công không đảm bảo an toàn, vi phạm các quy định về quản lý an toàn trong thi công xây dựng công trình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6.1.11. Kiểm tra phòng thí nghiệm chuyên ngành xây dựng, công tác lấy mẫu, lưu mẫu và công tác thí nghiệm phù hợp với giai đoạn thi công của công trình. Kiểm tra, đánh giá kết quả thí nghiệm kiểm tra vật liệu, cấu kiện, sản phẩm xây dựng, kết quả quan trắc trong quá trình thi công xây dựng và các tài liệu khác có liên quan phục vụ nghiệm thu;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6.1.12. Tổ chức thí nghiệm đối chứng, kiểm định chất lượng bộ phận công trình, hạng mục công trình, công trình xây dựng theo quy định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6.1.13. Thực hiện nghiệm thu theo quy định; kiểm tra và xác nhận khối lượng thi công xây dựng hoàn thành; kiểm tra và xác nhận bản vẽ hoàn công;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6.1.14. Thực hiện các nội dung khác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cần thiết, Bên giao thầu thỏa thuận khác trong hợp đồng theo quy định tại Nghị định quy định chi tiết một số điều của Luật Xây dựng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Yêu cầu về chất lượng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lập báo cáo về công tác giám sát thi công xây dựng công trình đối với các nội dung do mình giám sát thi công xây dựng theo nội dung quy định tại Phụ lục … Nghị định quy định chi tiết một số điều của Luật Xây dựng về quản lý chất lượng, thi công xây dựng và bảo trì công trình xây dựng gửi Bên giao thầu và chịu trách nhiệm về tính chính xác, trung thực, khách quan đối với những nội dung trong báo cáo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Tiến độ thực hiện hợp đồng và các mốc hoàn thành các công việc chủ yếu được quy định cụ thể tại Phụ lục số …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Trường hợp chậm trễ do lỗi của Bên nhận thầu dẫn đến phải gia hạn thời gian thực hiện các công việc Hợp đồng, thì Bên nhận thầu không được làm tăng Giá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Hình thức giá hợp đồng: Hợp đồng trọn gói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quy định tại khoản 2 Điều 6 Nghị định số 210/2026/NĐ- CP để lựa chọn hình thức giá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Giá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Nội dung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Mức tạm ứng, số lần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Cách thức hoàn trả tiền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quy định tại [ĐKCT] Bên giao thầu tạm ứng cho Bên nhận thầu với số tiền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thời gian quy định tại [ĐKCT], kể từ ngày Bên giao thầu nhận đủ hồ sơ đề nghị thanh toán hợp lệ của Bên nhận thầu ,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Hình thức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Đồng tiền thanh toán là đồng tiền Việt Nam.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Căn cứ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Hồ sơ hợp đồng đã giao kết giữa các bên, các phụ lục hợp đồng và văn bản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Giấy phép xây dựng (đối với công trình yêu cầu), thiết kế xây dựng, chỉ dẫn kỹ thuật, biện pháp thi công, biện pháp bảo đảm an toàn được phê duyệt và các quy chuẩn kỹ thuật, tiêu chuẩn áp dụng cho công trình; văn bản của các cơ quan chuyên môn liên quan (như: phòng cháy chữa cháy, an toàn, vệ sinh, môi trường, quốc phòng an ninh,...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10.1.3. Danh mục quy chuẩn, tiêu chuẩn, chỉ dẫn kỹ thuật áp dụng cho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Hồ sơ năng lực của nhà thầu thi công xây dựng công trình. 10.1.5. Hồ sơ máy móc, thiết bị thi công đã được kiểm định. 10.1.6. Thống kê những tồn tại, khiếm khuyết về chất lượng, sự cố công trình trong kỳ báo cáo (nếu có); các tồn tại, khiếm khuyết về chất lượng đã được khắc phục trong kỳ báo cáo.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10.1.7. Văn bản yêu cầu chỉnh sửa, rà soát hồ sơ của Bên giao thầu trong các đợt báo cáo đầu kỳ, giữa kỳ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10.1.8. Báo cáo định kỳ hoặc báo cáo theo giai đoạn thi công xây dựng 10.1.9. Báo cáo khi tổ chức nghiệm thu giai đoạn, nghiệm thu hoàn thành gói thầu, hạng mục công trình,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10.1.10. Báo cáo theo yêu cầu của Bên giao thầu (nếu có). 10.1.11. Các văn bản nghiệm thu và tài liệu xác nhận kết quả thi công. 10.1.12. Biên bản nghiệm thu công việc xây dựng, nghiệm thu giai đoạn thi công hoặc bộ phận công trình, nghiệm thu hoàn thành hạng mục công trình, công trình xây dựng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10.1.13. Bản vẽ hoàn công được chấp thuận, phê duyệt. 10.1.14. Biên bản nghiệm thu vật liệu, sản phẩm, cấu kiện, thiết bị sử dụng cho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10.1.15. Các tài liệu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Nghiệm thu sản phẩm được tiến hành theo các giai đoạn/đợt tương ứng với tiến độ và nội dung thực hiện nhiệm vụ tư vấn quy định chi tiết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Việc nghiệm thu sản phẩm được thực hiện theo quy định tại Nghị định quy định chi tiết một số điều của Luật Xây dựng về quản lý chất lượng, thi công xây dựng và bảo trì công trình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Yêu cầu bên giao thầu cung cấp thông tin, tài liệu liên quan đến nhiệm vụ tư vấn và phương tiện làm việc theo thỏa thuận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Yêu cầu bên giao thầu cung cấp thông tin, tài liệu liên quan đến nhiệm vụ tư vấn và phương tiện làm việc theo thỏa thuận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Đề xuất sửa đổi thiết kế xây dựng cho phù hợp với thực tế thi công để bảo đảm chất lượng và hiệu quả.</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Tạm dừng thi công trong trường hợp phát hiện công trình có nguy cơ xảy ra mất an toàn hoặc nhà thầu thi công sai thiết kế và thông báo kịp thời cho chủ đầu tư để xử lý.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Được quyền yêu cầu bên giao thầu thanh toán đúng hạn, thanh toán các khoản lãi vay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11.1.8. Tham gia nghiệm thu công việc, hạng mục công trình, công trình đã hoàn thành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11.1.9. Yêu cầu bên giao thầu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11.1.10. Quyền khác theo quy định của hợp đồng xây dựng và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 Khảo sát, thu thập các thông tin, dữ liệu, tài liệu cần thiết để thực hiện công việc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Thực hiện công việc đảm bảo tuân thủ đúng quy định pháp luật về xây dựng và các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Có trách nhiệm cung cấp hồ sơ, tài liệu, trình bày ý kiến trong các cuộc họp, báo cáo.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Thực hiện giám sát và chịu trách nhiệm về chất lượng công việc giám sát theo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Hoàn thành công việc đúng tiến độ, chất lượng và giao nộp các sản phẩm tư vấn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Cử đại diện có đủ thẩm quyền, năng lực để giải quyết các công việc còn vướng mắc tại bất kỳ thời điểm theo yêu cầu của Bên giao thầu cho tới ngày bàn giao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Bảo quản và giao lại cho Bên giao thầu những tài liệu và phương tiện làm việc do Bên giao thầu cung cấp theo hợp đồng sau khi hoàn thành công việc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Tuân thủ các yêu cầu và hướng dẫn của Bên giao thầu, trừ những hướng dẫn hoặc yêu cầu trái với luật pháp hoặc không thể thực hiện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Bên nhận thầu mua bảo hiểm trách nhiệm nghề nghiệp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Bên nhận thầu có trách nhiệm thanh toán các nghĩa vụ thuế, phí (nếu có) phát sinh từ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11.2.14. Từ chối nghiệm thu khi công trình không đạt yêu cầu chất lượng; không phù hợp với quy chuẩn kỹ thuật, tiêu chuẩn áp dụng và theo yêu cầu của thiết kế công trình; đề xuất với Bên giao thầu những bất hợp lý về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11.2.15. Nhà thầu có trách nhiệm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11.2.16. Các nghĩa vụ và trách nhiệm khác theo quy định của hợp đồng và pháp luật khác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Kiểm tra chất lượng, tiến độ thực hiện công việc thuộc phạm vi hợp đồng nhưng không làm cản trở hoạt động bình thường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Được quyền sở hữu và sử dụng sản phẩm theo thỏa thuận hợp đồng. 12.1.5. Được chỉ định thầu phụ khi Bên nhận thầu chính không đáp ứng được yêu cầu theo hợp đồng đã giao kết; được quyền từ chối nhà thầu phụ do bên nhận thầu đề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Yêu cầu Bên nhận thầu thay đổi cá nhân tư vấn không đáp ứng được yêu cầu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Các quyền khác theo quy định của hợp đồng và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Thông báo cho các bên liên quan về quyền và nghĩa vụ của tư vấn giám sát.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Cung cấp kịp thời hồ sơ và các tài liệu, phương tiện, máy và thiết bị có liên quan, vật tư theo thỏa thuận trong hợp đồng (nếu có) và quy định của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Tra cứu, kiểm tra thông tin năng lực hoạt động xây dựng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Xem xét, chấp thuận danh sách các nhà thầu phụ đủ điều kiện năng lực chưa có trong hợp đồng theo đề nghị của Bên nhận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Giải quyết kiến nghị của bên nhận thầu theo thẩm quyền trong quá trình thực hiện hợp đồng đúng thời hạn do các bên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12.2.8. Tổ chức nghiệm thu, nhận, bàn giao sản phẩm của hợp đồng. 12.2.9.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Xem xét, chấp thuận hoặc từ chối đề xuất của Bên nhận thầu về khối lượng phát sinh ngoài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12.2.12. Bồi thường thiệt hại khi lựa chọn tư vấn giám sát không đủ điều kiện, năng lực giám sát thi công xây dựng công trình, nghiệm thu khối lượng không đúng, sai thiết kế và các hành vi vi phạm khác gây thiệt hại do mình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12.2.13. Các nghĩa vụ và trách nhiệm khác theo quy định của hợp đồng và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Giải quyết tranh chấp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Phương thức giải quyết tranh chấp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Thời điểm thành lập ban xử lý tranh chấp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chi trả cho các thành viên tham gia ban xử lý tranh chấp và các chi phí khác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Khi một bên khiếu nại, bên kia thì phải đưa ra các căn cứ, dẫn chứng cụ thể để làm sáng tỏ những nội dung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khiếu nại của mỗi bên phải được gửi đến đúng địa chỉ giao dịch hoặc địa chỉ trao đổi thông tin mà các bên đã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14.2.5. Trong thời gian không thực hiện được dịch vụ do sự kiện bất khả kháng, theo yêu cầu của Bên giao thầu, Bên nhận thầu có nghĩa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14.2.6. Chấm dứt hợp đồng và thanh toán hợp đồng trong trường hợp bất khả kháng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14.2.7.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sự kiện được coi là hoàn cảnh thay đổi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Việc sử dụng nhà thầu phụ, nhà thầu phụ do Bên giao thầu chỉ định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Bên nhận thầu phải chịu trách nhiệm trước Bên giao thầu về tiến độ, chất lượng, an toàn lao động, bảo vệ môi trường, sai sót của mình và các công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Các tình huống Bên giao thầu được chỉ định nhà thầu phụ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trường hợp được điều chỉnh khối lượng, phạm vi và trình tự, thủ tục điều chỉnh khối lượng,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Các trường hợp được điều chỉnh thời gian, tiến độ thực hiện và thời hạn hoàn thành các công việc, sản phẩm cụ thể của hợp đồng và trách nhiệm của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mỗi bên đối với những thiệt hại do chậm thời gian, tiến độ thực hiện và thời hạn hoàn thành các công việc, sản phẩm cụ thể của hợp đồng,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hình thức giá hợp đồng khác, việc sửa đổi hợp đồng thực hiện theo quy định tại Điều 22, 23, 24,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tham gia hợp đồng nghiên cứu các quy định có liên quan và các hướng dẫn cụ thể tại Mẫu hợp đồng này để điều chỉnh các nội dung trong hợp đồng cho phù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và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Thay đổi pháp luật ảnh hưởng trực tiếp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tại Điều ... (nếu các bên có thỏa thuận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Bên giao thầu có thể thuê các Bên nhận thầu khác thực hiện tiếp công việc tư vấn. Bên giao thầu và các Bên nhận thầu này có thể sử dụng bất cứ tài liệu nào đã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18.2.3.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nhận thầu có trách nhiệm lập hồ sơ quyết toán hợp đồng theo loại hợp đồng các bên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Hồ sơ quyết toán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Sản phẩm của hợp đồng theo quy định tại Điều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Việc thanh lý hợp đồng phải được hoàn tất trong thời hạn ... ngày kể từ ngày các bên hoàn thành các nghĩa vụ theo hợp đồng hoặc bị chấm dứt theo Điều [Tạm dừng và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cam kết thực hiện một cách trung thực, công bằng và đảm bảo để thực hiện theo mục tiêu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có hiệu lực kể từ thời điểm quy định tại [ĐKCT]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thời gian hiệu lực của hợp đồng khác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trang, số lượng phụ lục, số bản được thành lập, ngôn ngữ hợp đồng, giá trị pháp lý, số bản Bên giao thầu sẽ giữ, số bản Bên nhận thầu sẽ giữ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4.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là ____</w:t>
      </w:r>
      <w:r>
        <w:rPr>
          <w:rFonts w:ascii="Times New Roman" w:hAnsi="Times New Roman" w:eastAsia="Times New Roman" w:cs="Times New Roman"/>
          <w:b w:val="0"/>
          <w:i/>
          <w:color w:val="000000"/>
          <w:sz w:val="26"/>
        </w:rPr>
        <w:t>[Ghi cụ thứ tự ưu tiên áp dụng các tài liệu trong hồ sơ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gồm ____</w:t>
      </w:r>
      <w:r>
        <w:rPr>
          <w:rFonts w:ascii="Times New Roman" w:hAnsi="Times New Roman" w:eastAsia="Times New Roman" w:cs="Times New Roman"/>
          <w:b w:val="0"/>
          <w:i/>
          <w:color w:val="000000"/>
          <w:sz w:val="26"/>
        </w:rPr>
        <w:t>[Ghi cụ thể các sản phẩm mà Bên nhận thầu phải thực hiện và nộp cho Bên giao thầu]</w:t>
      </w:r>
      <w:r>
        <w:rPr>
          <w:rFonts w:ascii="Times New Roman" w:hAnsi="Times New Roman" w:eastAsia="Times New Roman" w:cs="Times New Roman"/>
          <w:b w:val="0"/>
          <w:i w:val="0"/>
          <w:color w:val="000000"/>
          <w:sz w:val="26"/>
        </w:rPr>
        <w:t>, bao gồm nhưng không giới hạn: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 Báo cáo định kỳ hoặc báo cáo theo giai đoạn thi công xây dựng 6.2.2. Báo cáo khi tổ chức nghiệm thu giai đoạn, nghiệm thu hoàn thành gói thầu, hạng mục công trình, công trình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xml:space="preserve">6.2.3. </w:t>
      </w:r>
      <w:r>
        <w:rPr>
          <w:rFonts w:ascii="Times New Roman" w:hAnsi="Times New Roman" w:eastAsia="Times New Roman" w:cs="Times New Roman"/>
          <w:b w:val="0"/>
          <w:i w:val="0"/>
          <w:color w:val="000000"/>
          <w:sz w:val="26"/>
        </w:rPr>
        <w:t>Báo cáo theo yêu cầu của Bên giao thầu (nếu có). 6.2.4. Các văn bản nghiệm thu và tài liệu xác nhận kết quả thi công. 6.2.5. Biên bản nghiệm thu công việc xây dựng, nghiệm thu giai đoạn thi công hoặc bộ phận công trình, nghiệm thu hoàn thành hạng mục công trình, công trình xây dựng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6.2.6. Bản vẽ hoàn công được chấp thuận, phê duyệt. 6.2.7. Các tài liệu khác theo quy định của hợp đồng và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là ____</w:t>
      </w:r>
      <w:r>
        <w:rPr>
          <w:rFonts w:ascii="Times New Roman" w:hAnsi="Times New Roman" w:eastAsia="Times New Roman" w:cs="Times New Roman"/>
          <w:b w:val="0"/>
          <w:i/>
          <w:color w:val="000000"/>
          <w:sz w:val="26"/>
        </w:rPr>
        <w:t>[Ghi cụ thể số lượng là bao nhiêu bộ].</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Thời gian thực hiện các công việc của hợp đồng là </w:t>
      </w:r>
      <w:r>
        <w:rPr>
          <w:rFonts w:ascii="Times New Roman" w:hAnsi="Times New Roman" w:eastAsia="Times New Roman" w:cs="Times New Roman"/>
          <w:b w:val="0"/>
          <w:i/>
          <w:color w:val="000000"/>
          <w:sz w:val="26"/>
        </w:rPr>
        <w:t>___[Ghi cụ thể bao nhiêu ngày, kể từ ngày hợp đồng này có hiệu lực].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Giá hợp đồng được xác định với số tiền: </w:t>
      </w:r>
      <w:r>
        <w:rPr>
          <w:rFonts w:ascii="Times New Roman" w:hAnsi="Times New Roman" w:eastAsia="Times New Roman" w:cs="Times New Roman"/>
          <w:b w:val="0"/>
          <w:i/>
          <w:color w:val="000000"/>
          <w:sz w:val="26"/>
        </w:rPr>
        <w:t>[Ghi cụ thể tổng số tiền, số tiền bằng chữ].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Mức tạm ứng, số lần tạm ứng </w:t>
      </w:r>
      <w:r>
        <w:rPr>
          <w:rFonts w:ascii="Times New Roman" w:hAnsi="Times New Roman" w:eastAsia="Times New Roman" w:cs="Times New Roman"/>
          <w:b w:val="0"/>
          <w:i/>
          <w:color w:val="000000"/>
          <w:sz w:val="26"/>
        </w:rPr>
        <w:t>[Ghi cụ thể mức tạm ứng, số lần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Cách thức hoàn trả tiền tạm ứng </w:t>
      </w:r>
      <w:r>
        <w:rPr>
          <w:rFonts w:ascii="Times New Roman" w:hAnsi="Times New Roman" w:eastAsia="Times New Roman" w:cs="Times New Roman"/>
          <w:b w:val="0"/>
          <w:i/>
          <w:color w:val="000000"/>
          <w:sz w:val="26"/>
        </w:rPr>
        <w:t>[Ghi cụ thể tiền tạm ứng được thu hồi hết khi giá trị thanh toán thực tế đạt ... %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Bên giao thầu tạm ứng cho Bên nhận thầu với số tiền</w:t>
      </w:r>
      <w:r>
        <w:rPr>
          <w:rFonts w:ascii="Times New Roman" w:hAnsi="Times New Roman" w:eastAsia="Times New Roman" w:cs="Times New Roman"/>
          <w:b w:val="0"/>
          <w:i/>
          <w:color w:val="000000"/>
          <w:sz w:val="26"/>
        </w:rPr>
        <w:t xml:space="preserve"> [Ghi cụ thể số tiền tạm ứng].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tư vấn: 15% giá hợp đồng đối với hợp đồng có giá trị trên 10 tỷ đồng; 20% giá hợp đồng đối với các hợp đồng có giá trị đến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Bên nhận thầu phải nộp cho Bên giao thầu bảo lãnh tạm ứng hợp đồng tương ứng với giá trị, loại tiền tạm ứng và trong khoảng thời gian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xml:space="preserve"> kể từ ngày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Hình thức thanh toán </w:t>
      </w:r>
      <w:r>
        <w:rPr>
          <w:rFonts w:ascii="Times New Roman" w:hAnsi="Times New Roman" w:eastAsia="Times New Roman" w:cs="Times New Roman"/>
          <w:b w:val="0"/>
          <w:i/>
          <w:color w:val="000000"/>
          <w:sz w:val="26"/>
        </w:rPr>
        <w:t>[Ghi cụ thể hình thức thanh toán bằng chuyển khoản hoặc bằng hình thức khác do các bên tự thỏa thuận phù hợp với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10.2.1. Nghiệm thu sản phẩm được tiến hành___lần </w:t>
      </w:r>
      <w:r>
        <w:rPr>
          <w:rFonts w:ascii="Times New Roman" w:hAnsi="Times New Roman" w:eastAsia="Times New Roman" w:cs="Times New Roman"/>
          <w:b w:val="0"/>
          <w:i/>
          <w:color w:val="000000"/>
          <w:sz w:val="26"/>
        </w:rPr>
        <w:t>[Ghi rõ số lần tiến hành nghiệm thu sản phẩm và cụ thể công việc phải nghiệm thu của từng lần nghiệm thu sản phẩm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1: </w:t>
      </w:r>
      <w:r>
        <w:rPr>
          <w:rFonts w:ascii="Times New Roman" w:hAnsi="Times New Roman" w:eastAsia="Times New Roman" w:cs="Times New Roman"/>
          <w:b w:val="0"/>
          <w:i/>
          <w:color w:val="000000"/>
          <w:sz w:val="26"/>
        </w:rPr>
        <w:t xml:space="preserve">[Ghi cụ thể công việc phải nghiệm thu của lần nghiệm thu này]. </w:t>
      </w:r>
      <w:r>
        <w:rPr>
          <w:rFonts w:ascii="Times New Roman" w:hAnsi="Times New Roman" w:eastAsia="Times New Roman" w:cs="Times New Roman"/>
          <w:b w:val="0"/>
          <w:i w:val="0"/>
          <w:color w:val="000000"/>
          <w:sz w:val="26"/>
        </w:rPr>
        <w:t xml:space="preserve">Lần 2: </w:t>
      </w:r>
      <w:r>
        <w:rPr>
          <w:rFonts w:ascii="Times New Roman" w:hAnsi="Times New Roman" w:eastAsia="Times New Roman" w:cs="Times New Roman"/>
          <w:b w:val="0"/>
          <w:i/>
          <w:color w:val="000000"/>
          <w:sz w:val="26"/>
        </w:rPr>
        <w:t xml:space="preserve">[Ghi cụ thể công việc phải nghiệm thu của lần nghiệm thu này]. …… </w:t>
      </w:r>
      <w:r>
        <w:rPr>
          <w:rFonts w:ascii="Times New Roman" w:hAnsi="Times New Roman" w:eastAsia="Times New Roman" w:cs="Times New Roman"/>
          <w:b w:val="0"/>
          <w:i w:val="0"/>
          <w:color w:val="000000"/>
          <w:sz w:val="26"/>
        </w:rPr>
        <w:t>Lần cuối: Sau khi nhận đầy đủ hồ sơ, tài liệu, sản phẩm thiết kế được phê duyệt.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 Phương thức giải quyết tranh chấp hợp đồng </w:t>
      </w:r>
      <w:r>
        <w:rPr>
          <w:rFonts w:ascii="Times New Roman" w:hAnsi="Times New Roman" w:eastAsia="Times New Roman" w:cs="Times New Roman"/>
          <w:b w:val="0"/>
          <w:i/>
          <w:color w:val="000000"/>
          <w:sz w:val="26"/>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Thời điểm thành lập ban xử lý tranh chấp </w:t>
      </w:r>
      <w:r>
        <w:rPr>
          <w:rFonts w:ascii="Times New Roman" w:hAnsi="Times New Roman" w:eastAsia="Times New Roman" w:cs="Times New Roman"/>
          <w:b w:val="0"/>
          <w:i/>
          <w:color w:val="000000"/>
          <w:sz w:val="26"/>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Chi phí chi trả cho các thành viên tham gia ban xử lý tranh chấp và các chi phí khác có liên quan </w:t>
      </w:r>
      <w:r>
        <w:rPr>
          <w:rFonts w:ascii="Times New Roman" w:hAnsi="Times New Roman" w:eastAsia="Times New Roman" w:cs="Times New Roman"/>
          <w:b w:val="0"/>
          <w:i/>
          <w:color w:val="000000"/>
          <w:sz w:val="26"/>
        </w:rPr>
        <w:t>[Ghi cụ thể chi phí mỗi bên phải chi trả</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___[</w:t>
      </w:r>
      <w:r>
        <w:rPr>
          <w:rFonts w:ascii="Times New Roman" w:hAnsi="Times New Roman" w:eastAsia="Times New Roman" w:cs="Times New Roman"/>
          <w:b w:val="0"/>
          <w:i/>
          <w:color w:val="000000"/>
          <w:sz w:val="26"/>
        </w:rPr>
        <w:t>Ghi cụ thể thời gian trả lời khiếu nại, chấp thuận hoặc không chấp thuận nội dung khiếu nại, lý do</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14.3.1. Các sự kiện được coi là hoàn cảnh thay đổi </w:t>
      </w:r>
      <w:r>
        <w:rPr>
          <w:rFonts w:ascii="Times New Roman" w:hAnsi="Times New Roman" w:eastAsia="Times New Roman" w:cs="Times New Roman"/>
          <w:b w:val="0"/>
          <w:i/>
          <w:color w:val="000000"/>
          <w:sz w:val="26"/>
        </w:rPr>
        <w:t>[Ghi cụ thể các trường hợp hoàn cảnh thay đổi cơ bản do các bên thỏa thuận phù hợp với các tiêu chí của Bộ Luật Dân sự]</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eastAsia="Times New Roman" w:cs="Times New Roman"/>
          <w:b w:val="0"/>
          <w:i/>
          <w:color w:val="000000"/>
          <w:sz w:val="26"/>
        </w:rPr>
        <w:t>[Ghi cụ thể đồng ý hoặc không đồng ý hoặc ý kiến khác trong thời hạn là___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Việc sử dụng nhà thầu phụ, nhà thầu phụ do Bên giao thầu chỉ định: </w:t>
      </w:r>
      <w:r>
        <w:rPr>
          <w:rFonts w:ascii="Times New Roman" w:hAnsi="Times New Roman" w:eastAsia="Times New Roman" w:cs="Times New Roman"/>
          <w:b w:val="0"/>
          <w:i/>
          <w:color w:val="000000"/>
          <w:sz w:val="26"/>
        </w:rPr>
        <w:t>[Ghi cụ thể việc sử dụng nhà thầu phụ, nhà thầu phụ do Bên giao thầu chỉ định trên cơ sở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15.3. Các tình huống Bên giao thầu được chỉ định nhà thầu phụ: </w:t>
      </w:r>
      <w:r>
        <w:rPr>
          <w:rFonts w:ascii="Times New Roman" w:hAnsi="Times New Roman" w:eastAsia="Times New Roman" w:cs="Times New Roman"/>
          <w:b w:val="0"/>
          <w:i/>
          <w:color w:val="000000"/>
          <w:sz w:val="26"/>
        </w:rPr>
        <w:t>[Ghi cụ thể các tình huống Bên giao thầu được chỉ định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w:t>
      </w:r>
      <w:r>
        <w:rPr>
          <w:rFonts w:ascii="Times New Roman" w:hAnsi="Times New Roman" w:eastAsia="Times New Roman" w:cs="Times New Roman"/>
          <w:b w:val="0"/>
          <w:i/>
          <w:color w:val="000000"/>
          <w:sz w:val="26"/>
        </w:rPr>
        <w:t>Ghi cụ thể được hay không được</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16.3. Bên nhận thầu phải gửi văn bản thông báo cho Bên giao thầu trong vòng là ___ </w:t>
      </w:r>
      <w:r>
        <w:rPr>
          <w:rFonts w:ascii="Times New Roman" w:hAnsi="Times New Roman" w:eastAsia="Times New Roman" w:cs="Times New Roman"/>
          <w:b w:val="0"/>
          <w:i/>
          <w:color w:val="000000"/>
          <w:sz w:val="26"/>
        </w:rPr>
        <w:t>[Ghi cụ thể là bao nhiêu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w:t>
      </w:r>
      <w:r>
        <w:rPr>
          <w:rFonts w:ascii="Times New Roman" w:hAnsi="Times New Roman" w:eastAsia="Times New Roman" w:cs="Times New Roman"/>
          <w:b w:val="0"/>
          <w:i/>
          <w:color w:val="000000"/>
          <w:sz w:val="26"/>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eastAsia="Times New Roman" w:cs="Times New Roman"/>
          <w:b w:val="0"/>
          <w:i w:val="0"/>
          <w:color w:val="000000"/>
          <w:sz w:val="26"/>
        </w:rPr>
        <w:t>] 17.2. Điều chỉnh khối lượng công việc trong hợp đồng Việc điều chỉnh khối lượng công việc trong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17.3. Điều chỉnh thời gian và tiến độ thực hiện hợp đồng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hiện hợp đồng thay đổi cơ bản theo quy định tại Điều [Rủi ro, sự kiện bất khả kháng và hoàn cảnh thay đổi cơ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Hợp đồng này có hiệu lực kể từ thời điểm </w:t>
      </w:r>
      <w:r>
        <w:rPr>
          <w:rFonts w:ascii="Times New Roman" w:hAnsi="Times New Roman" w:eastAsia="Times New Roman" w:cs="Times New Roman"/>
          <w:b w:val="0"/>
          <w:i/>
          <w:color w:val="000000"/>
          <w:sz w:val="26"/>
        </w:rPr>
        <w:t>[Ghi cụ thể ngày... tháng... năm... có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bao gồm ___ trang</w:t>
      </w:r>
      <w:r>
        <w:rPr>
          <w:rFonts w:ascii="Times New Roman" w:hAnsi="Times New Roman" w:eastAsia="Times New Roman" w:cs="Times New Roman"/>
          <w:b w:val="0"/>
          <w:i/>
          <w:color w:val="000000"/>
          <w:sz w:val="26"/>
        </w:rPr>
        <w:t xml:space="preserve"> [Ghi cụ thể số lượng trang của hợp đồng]</w:t>
      </w:r>
      <w:r>
        <w:rPr>
          <w:rFonts w:ascii="Times New Roman" w:hAnsi="Times New Roman" w:eastAsia="Times New Roman" w:cs="Times New Roman"/>
          <w:b w:val="0"/>
          <w:i w:val="0"/>
          <w:color w:val="000000"/>
          <w:sz w:val="26"/>
        </w:rPr>
        <w:t xml:space="preserve">, và ___ Phụ lục </w:t>
      </w:r>
      <w:r>
        <w:rPr>
          <w:rFonts w:ascii="Times New Roman" w:hAnsi="Times New Roman" w:eastAsia="Times New Roman" w:cs="Times New Roman"/>
          <w:b w:val="0"/>
          <w:i/>
          <w:color w:val="000000"/>
          <w:sz w:val="26"/>
        </w:rPr>
        <w:t>[Ghi cụ thể số lượng Phụ lục của hợp đồng]</w:t>
      </w:r>
      <w:r>
        <w:rPr>
          <w:rFonts w:ascii="Times New Roman" w:hAnsi="Times New Roman" w:eastAsia="Times New Roman" w:cs="Times New Roman"/>
          <w:b w:val="0"/>
          <w:i w:val="0"/>
          <w:color w:val="000000"/>
          <w:sz w:val="26"/>
        </w:rPr>
        <w:t xml:space="preserve"> được lập thành___bản </w:t>
      </w:r>
      <w:r>
        <w:rPr>
          <w:rFonts w:ascii="Times New Roman" w:hAnsi="Times New Roman" w:eastAsia="Times New Roman" w:cs="Times New Roman"/>
          <w:b w:val="0"/>
          <w:i/>
          <w:color w:val="000000"/>
          <w:sz w:val="26"/>
        </w:rPr>
        <w:t>[Ghi cụ thể số lượng bản hợp đồng được phát hành]</w:t>
      </w:r>
      <w:r>
        <w:rPr>
          <w:rFonts w:ascii="Times New Roman" w:hAnsi="Times New Roman" w:eastAsia="Times New Roman" w:cs="Times New Roman"/>
          <w:b w:val="0"/>
          <w:i w:val="0"/>
          <w:color w:val="000000"/>
          <w:sz w:val="26"/>
        </w:rPr>
        <w:t xml:space="preserve"> bằng tiếng Việt </w:t>
      </w:r>
      <w:r>
        <w:rPr>
          <w:rFonts w:ascii="Times New Roman" w:hAnsi="Times New Roman" w:eastAsia="Times New Roman" w:cs="Times New Roman"/>
          <w:b w:val="0"/>
          <w:i/>
          <w:color w:val="000000"/>
          <w:sz w:val="26"/>
        </w:rPr>
        <w:t>(hoặc ngôn ngữ khác hoặc song ngữ nếu có)</w:t>
      </w:r>
      <w:r>
        <w:rPr>
          <w:rFonts w:ascii="Times New Roman" w:hAnsi="Times New Roman" w:eastAsia="Times New Roman" w:cs="Times New Roman"/>
          <w:b w:val="0"/>
          <w:i w:val="0"/>
          <w:color w:val="000000"/>
          <w:sz w:val="26"/>
        </w:rPr>
        <w:t xml:space="preserve"> có giá trị pháp lý như nhau. Bên giao thầu sẽ giữ ___bản </w:t>
      </w:r>
      <w:r>
        <w:rPr>
          <w:rFonts w:ascii="Times New Roman" w:hAnsi="Times New Roman" w:eastAsia="Times New Roman" w:cs="Times New Roman"/>
          <w:b w:val="0"/>
          <w:i/>
          <w:color w:val="000000"/>
          <w:sz w:val="26"/>
        </w:rPr>
        <w:t>[Ghi cụ thể số lượng bản Bên giao thầu giữ]</w:t>
      </w:r>
      <w:r>
        <w:rPr>
          <w:rFonts w:ascii="Times New Roman" w:hAnsi="Times New Roman" w:eastAsia="Times New Roman" w:cs="Times New Roman"/>
          <w:b w:val="0"/>
          <w:i w:val="0"/>
          <w:color w:val="000000"/>
          <w:sz w:val="26"/>
        </w:rPr>
        <w:t xml:space="preserve">, Bên nhận thầu sẽ giữ___bản </w:t>
      </w:r>
      <w:r>
        <w:rPr>
          <w:rFonts w:ascii="Times New Roman" w:hAnsi="Times New Roman" w:eastAsia="Times New Roman" w:cs="Times New Roman"/>
          <w:b w:val="0"/>
          <w:i/>
          <w:color w:val="000000"/>
          <w:sz w:val="26"/>
        </w:rPr>
        <w:t>[Ghi cụ thể số lượng bản Bên nhận thầu giữ]</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(Ghi tên, chức danh, ký tên, đóng dấu)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(Ghi tên, chức danh, ký tên, đóng dấu)</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IV – Hợp đồng tư vấn giám sát thi công xây dựng</dc:title>
  <dc:subject>Phụ lục IV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