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56"/>
        <w:gridCol w:w="5715"/>
      </w:tblGrid>
      <w:tr>
        <w:trPr>
          <w:cantSplit/>
        </w:trPr>
        <w:tc>
          <w:tcPr>
            <w:tcW w:type="dxa" w:w="3356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1" w:name="buildsia_agency"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ĐƠN VỊ LẬP HỒ SƠ</w:t>
            </w:r>
            <w:bookmarkEnd w:id="1"/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 xml:space="preserve">Số: </w:t>
            </w:r>
            <w:bookmarkStart w:id="2" w:name="buildsia_number"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…/…</w:t>
            </w:r>
            <w:bookmarkEnd w:id="2"/>
          </w:p>
        </w:tc>
        <w:tc>
          <w:tcPr>
            <w:tcW w:type="dxa" w:w="571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CỘNG HÒA XÃ HỘI CHỦ NGHĨA VIỆT NAM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Độc lập - Tự do - Hạnh phúc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3" w:name="buildsia_date"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</w:rPr>
              <w:t>…, ngày … tháng … năm …</w:t>
            </w:r>
            <w:bookmarkEnd w:id="3"/>
          </w:p>
        </w:tc>
      </w:tr>
    </w:tbl>
    <w:p>
      <w:pPr>
        <w:keepNext/>
        <w:widowControl/>
        <w:spacing w:after="120" w:before="80" w:line="276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BIÊN BẢN BÀN GIAO MẶT BẰNG, MỐC GIỚI THI CÔNG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bookmarkStart w:id="4" w:name="buildsia_project"/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Tên dự án: …</w:t>
      </w:r>
      <w:bookmarkEnd w:id="4"/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Công trình / hạng mục / gói thầu: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Địa điểm xây dựng: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Chủ đầu tư: …; nhà thầu thi công: …; đơn vị giám sát: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Căn cứ lập hồ sơ: Điều 12 và Điều 16 NĐ 207/2026/NĐ-CP.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1. Thời gian và thành phần bàn giao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Bắt đầu / kết thúc: …; địa điểm: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Bên giao: …; đại diện, chức vụ và căn cứ thẩm quyền: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Bên nhận: …; đại diện, chức vụ: …; giám sát / bên liên quan: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2. Căn cứ và phạm vi bàn giao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Hồ sơ quyền sử dụng đất / giải phóng mặt bằng / quyết định có liên quan: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Bản vẽ vị trí, ranh giới, hợp đồng và tiến độ bàn giao: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Phạm vi bàn giao toàn bộ / từng phần: …; diện tích, ranh giới, vị trí: …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94"/>
        <w:gridCol w:w="2948"/>
        <w:gridCol w:w="2665"/>
        <w:gridCol w:w="2665"/>
      </w:tblGrid>
      <w:tr>
        <w:trPr>
          <w:cantSplit/>
          <w:tblHeader/>
          <w:tblHeader/>
          <w:tblHeader/>
          <w:tblHeader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STT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Mốc / hạ tầng hiện trạng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Tọa độ, cao độ / hiện trạng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Tài liệu / ghi chú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1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2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3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3. Tồn tại, trách nhiệm và kết luận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Công trình ngầm, đường điện, đường ống, công trình lân cận và hạn chế tiếp cận: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Phần chưa bàn giao, biện pháp xử lý, thời hạn và bên chịu trách nhiệm: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Trách nhiệm bảo vệ mốc giới, mặt bằng và thông báo sai lệch: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Kết luận phạm vi đủ điều kiện tiếp nhận: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Phụ lục bản vẽ, ảnh hiện trạng / biên bản đo đạc kèm theo: 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BÊN GIAO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BÊN NHẬN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1"/>
      </w:tblGrid>
      <w:tr>
        <w:trPr>
          <w:cantSplit/>
        </w:trPr>
        <w:tc>
          <w:tcPr>
            <w:tcW w:type="dxa" w:w="9071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ĐẠI DIỆN GIÁM SÁT / BÊN LIÊN QUAN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Hướng dẫn sử dụng: Mẫu tham khảo BuildSIA; hoàn thiện nội dung và thành phần ký theo công trình.</w:t>
      </w:r>
    </w:p>
    <w:sectPr w:rsidR="00FC693F" w:rsidRPr="0006063C" w:rsidSect="00034616">
      <w:headerReference w:type="default" r:id="rId9"/>
      <w:headerReference w:type="first" r:id="rId10"/>
      <w:pgSz w:w="11906" w:h="16838"/>
      <w:pgMar w:top="1417" w:right="1134" w:bottom="1417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06 – Biên bản bàn giao mặt bằng, mốc giới thi công</dc:title>
  <dc:subject>Mẫu tham khảo BuildSIA – 207/2026/NĐ-CP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